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Forecasting: Demand &amp; Energy Time-Series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9 - Forecasting: Demand &amp; Energy Time-Series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18:23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demand_kw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25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0dca8fead1f25ec5cd9aa899d97228f1d933ada2ccb2d64ba70520ab77cc7124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Forecasting: Demand &amp; Energy Time-Series</w:t>
      </w:r>
    </w:p>
    <w:p>
      <w:pPr>
        <w:pStyle w:val="ListBullet"/>
      </w:pPr>
      <w:r>
        <w:t>domain: Forecasting: Demand &amp; Energy Time-Series</w:t>
      </w:r>
    </w:p>
    <w:p>
      <w:pPr>
        <w:pStyle w:val="ListBullet"/>
      </w:pPr>
      <w:r>
        <w:t>task: regression</w:t>
      </w:r>
    </w:p>
    <w:p>
      <w:pPr>
        <w:pStyle w:val="ListBullet"/>
      </w:pPr>
      <w:r>
        <w:t>best_model: ExtraTrees</w:t>
      </w:r>
    </w:p>
    <w:p>
      <w:pPr>
        <w:pStyle w:val="ListBullet"/>
      </w:pPr>
      <w:r>
        <w:t>rmse: 193.1662</w:t>
      </w:r>
    </w:p>
    <w:p>
      <w:pPr>
        <w:pStyle w:val="ListBullet"/>
      </w:pPr>
      <w:r>
        <w:t>mae: 154.5160</w:t>
      </w:r>
    </w:p>
    <w:p>
      <w:pPr>
        <w:pStyle w:val="ListBullet"/>
      </w:pPr>
      <w:r>
        <w:t>median_ae: 137.2891</w:t>
      </w:r>
    </w:p>
    <w:p>
      <w:pPr>
        <w:pStyle w:val="ListBullet"/>
      </w:pPr>
      <w:r>
        <w:t>mape: 4.1603</w:t>
      </w:r>
    </w:p>
    <w:p>
      <w:pPr>
        <w:pStyle w:val="ListBullet"/>
      </w:pPr>
      <w:r>
        <w:t>r2: 0.9318</w:t>
      </w:r>
    </w:p>
    <w:p>
      <w:pPr>
        <w:pStyle w:val="ListBullet"/>
      </w:pPr>
      <w:r>
        <w:t>adj_r2: 0.9282</w:t>
      </w:r>
    </w:p>
    <w:p>
      <w:pPr>
        <w:pStyle w:val="ListBullet"/>
      </w:pPr>
      <w:r>
        <w:t>explained_variance: 0.9464</w:t>
      </w:r>
    </w:p>
    <w:p>
      <w:pPr>
        <w:pStyle w:val="ListBullet"/>
      </w:pPr>
      <w:r>
        <w:t>mean_residual: 89.3630</w:t>
      </w:r>
    </w:p>
    <w:p>
      <w:pPr>
        <w:pStyle w:val="ListBullet"/>
      </w:pPr>
      <w:r>
        <w:t>leaderboard_top: [{'model': 'ExtraTrees', 'cv_score_mean': 0.9556865356027933, 'cv_score_std': 0.002915224411719874, 'fit_seconds': 2.41, 'rmse': 193.16615087935415, 'mae': 154.5160004166667, 'median_ae': 137.2890666666667, 'mape': 4.16032066747842, 'r2': 0.9317536419469459, 'adj_r2': 0.9281522510206633, 'explained_variance': 0.9463596851897719, 'mean_residual': 89.36296641666586}, {'model': 'HistGradientBoosting', 'cv_score_mean': 0.9509026842111407, 'cv_score_std': 0.003412781523463197, 'fit_seconds': 0.68, 'rmse': 196.9095183624951, 'mae': 157.27155226836473, 'median_ae': 131.4075026112589, 'mape': 4.28074989074011, 'r2': 0.9290829195144703, 'adj_r2': 0.9253405933674766, 'explained_variance': 0.9420433937473438, 'mean_residual': 84.17860652582215}, {'model': 'LightGBM', 'cv_score_mean': 0.9494400405875062, 'cv_score_std': 0.0047875067717562695, 'fit_seconds': 0.61, 'rmse': 193.73038347241805, 'mae': 153.56695809348471, 'median_ae': 129.8548861689162, 'mape': 4.191548093395858, 'r2': 0.9313543684921052, 'adj_r2': 0.927731907726517, 'explained_variance': 0.9419195174248598, 'mean_residual': 76.0027134119269}, {'model': 'RandomForest', 'cv_score_mean': 0.9492772891290118, 'cv_score_std': 0.00365183089872743, 'fit_seconds': 4.1, 'rmse': 192.7614605117443, 'mae': 152.75933866666662, 'median_ae': 125.94828333333498, 'mape': 4.143053308153998, 'r2': 0.9320392997866147, 'adj_r2': 0.928452983152663, 'explained_variance': 0.9398862223239121, 'mean_residual': 65.49994999999926}, {'model': 'XGBoost', 'cv_score_mean': 0.9446257561589793, 'cv_score_std': 0.004022577374094554, 'fit_seconds': 0.58, 'rmse': 210.2658936645753, 'mae': 169.42989409179685, 'median_ae': 146.51068359374995, 'mape': 4.629749525090185, 'r2': 0.9191360232941865, 'adj_r2': 0.91486879497198, 'explained_variance': 0.9327164001002288, 'mean_residual': 86.16823471679687}]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ExtraTrees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r2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0.9557</w:t>
            </w:r>
          </w:p>
        </w:tc>
      </w:tr>
      <w:tr>
        <w:tc>
          <w:tcPr>
            <w:tcW w:type="dxa" w:w="4320"/>
          </w:tcPr>
          <w:p>
            <w:r>
              <w:t>rmse</w:t>
            </w:r>
          </w:p>
        </w:tc>
        <w:tc>
          <w:tcPr>
            <w:tcW w:type="dxa" w:w="4320"/>
          </w:tcPr>
          <w:p>
            <w:r>
              <w:t>193.1662</w:t>
            </w:r>
          </w:p>
        </w:tc>
      </w:tr>
      <w:tr>
        <w:tc>
          <w:tcPr>
            <w:tcW w:type="dxa" w:w="4320"/>
          </w:tcPr>
          <w:p>
            <w:r>
              <w:t>mae</w:t>
            </w:r>
          </w:p>
        </w:tc>
        <w:tc>
          <w:tcPr>
            <w:tcW w:type="dxa" w:w="4320"/>
          </w:tcPr>
          <w:p>
            <w:r>
              <w:t>154.5160</w:t>
            </w:r>
          </w:p>
        </w:tc>
      </w:tr>
      <w:tr>
        <w:tc>
          <w:tcPr>
            <w:tcW w:type="dxa" w:w="4320"/>
          </w:tcPr>
          <w:p>
            <w:r>
              <w:t>median_ae</w:t>
            </w:r>
          </w:p>
        </w:tc>
        <w:tc>
          <w:tcPr>
            <w:tcW w:type="dxa" w:w="4320"/>
          </w:tcPr>
          <w:p>
            <w:r>
              <w:t>137.2891</w:t>
            </w:r>
          </w:p>
        </w:tc>
      </w:tr>
      <w:tr>
        <w:tc>
          <w:tcPr>
            <w:tcW w:type="dxa" w:w="4320"/>
          </w:tcPr>
          <w:p>
            <w:r>
              <w:t>mape</w:t>
            </w:r>
          </w:p>
        </w:tc>
        <w:tc>
          <w:tcPr>
            <w:tcW w:type="dxa" w:w="4320"/>
          </w:tcPr>
          <w:p>
            <w:r>
              <w:t>4.1603</w:t>
            </w:r>
          </w:p>
        </w:tc>
      </w:tr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0.9318</w:t>
            </w:r>
          </w:p>
        </w:tc>
      </w:tr>
      <w:tr>
        <w:tc>
          <w:tcPr>
            <w:tcW w:type="dxa" w:w="4320"/>
          </w:tcPr>
          <w:p>
            <w:r>
              <w:t>adj_r2</w:t>
            </w:r>
          </w:p>
        </w:tc>
        <w:tc>
          <w:tcPr>
            <w:tcW w:type="dxa" w:w="4320"/>
          </w:tcPr>
          <w:p>
            <w:r>
              <w:t>0.9282</w:t>
            </w:r>
          </w:p>
        </w:tc>
      </w:tr>
      <w:tr>
        <w:tc>
          <w:tcPr>
            <w:tcW w:type="dxa" w:w="4320"/>
          </w:tcPr>
          <w:p>
            <w:r>
              <w:t>explained_variance</w:t>
            </w:r>
          </w:p>
        </w:tc>
        <w:tc>
          <w:tcPr>
            <w:tcW w:type="dxa" w:w="4320"/>
          </w:tcPr>
          <w:p>
            <w:r>
              <w:t>0.9464</w:t>
            </w:r>
          </w:p>
        </w:tc>
      </w:tr>
      <w:tr>
        <w:tc>
          <w:tcPr>
            <w:tcW w:type="dxa" w:w="4320"/>
          </w:tcPr>
          <w:p>
            <w:r>
              <w:t>mean_residual</w:t>
            </w:r>
          </w:p>
        </w:tc>
        <w:tc>
          <w:tcPr>
            <w:tcW w:type="dxa" w:w="4320"/>
          </w:tcPr>
          <w:p>
            <w:r>
              <w:t>89.3630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25 columns from synthetic sandbox (constrained). A constrained synthetic sandbox was used when no real source was supplied.</w:t>
      </w:r>
    </w:p>
    <w:p>
      <w:r>
        <w:t>Target: demand_kw  |  Task: regression  |  Split strategy: temporal.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r2: ExtraTrees.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temperature_c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10.218</w:t>
            </w:r>
          </w:p>
        </w:tc>
        <w:tc>
          <w:tcPr>
            <w:tcW w:type="dxa" w:w="1234"/>
          </w:tcPr>
          <w:p>
            <w:r>
              <w:t>4.4052</w:t>
            </w:r>
          </w:p>
        </w:tc>
        <w:tc>
          <w:tcPr>
            <w:tcW w:type="dxa" w:w="1234"/>
          </w:tcPr>
          <w:p>
            <w:r>
              <w:t>-1.19</w:t>
            </w:r>
          </w:p>
        </w:tc>
        <w:tc>
          <w:tcPr>
            <w:tcW w:type="dxa" w:w="1234"/>
          </w:tcPr>
          <w:p>
            <w:r>
              <w:t>6.8175</w:t>
            </w:r>
          </w:p>
        </w:tc>
        <w:tc>
          <w:tcPr>
            <w:tcW w:type="dxa" w:w="1234"/>
          </w:tcPr>
          <w:p>
            <w:r>
              <w:t>10.26</w:t>
            </w:r>
          </w:p>
        </w:tc>
      </w:tr>
      <w:tr>
        <w:tc>
          <w:tcPr>
            <w:tcW w:type="dxa" w:w="1234"/>
          </w:tcPr>
          <w:p>
            <w:r>
              <w:t>irradiance_wm2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222.0861</w:t>
            </w:r>
          </w:p>
        </w:tc>
        <w:tc>
          <w:tcPr>
            <w:tcW w:type="dxa" w:w="1234"/>
          </w:tcPr>
          <w:p>
            <w:r>
              <w:t>264.7873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27.75</w:t>
            </w:r>
          </w:p>
        </w:tc>
      </w:tr>
      <w:tr>
        <w:tc>
          <w:tcPr>
            <w:tcW w:type="dxa" w:w="1234"/>
          </w:tcPr>
          <w:p>
            <w:r>
              <w:t>humidity_pct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59.8304</w:t>
            </w:r>
          </w:p>
        </w:tc>
        <w:tc>
          <w:tcPr>
            <w:tcW w:type="dxa" w:w="1234"/>
          </w:tcPr>
          <w:p>
            <w:r>
              <w:t>12.0054</w:t>
            </w:r>
          </w:p>
        </w:tc>
        <w:tc>
          <w:tcPr>
            <w:tcW w:type="dxa" w:w="1234"/>
          </w:tcPr>
          <w:p>
            <w:r>
              <w:t>23.2</w:t>
            </w:r>
          </w:p>
        </w:tc>
        <w:tc>
          <w:tcPr>
            <w:tcW w:type="dxa" w:w="1234"/>
          </w:tcPr>
          <w:p>
            <w:r>
              <w:t>52.175</w:t>
            </w:r>
          </w:p>
        </w:tc>
        <w:tc>
          <w:tcPr>
            <w:tcW w:type="dxa" w:w="1234"/>
          </w:tcPr>
          <w:p>
            <w:r>
              <w:t>59.3</w:t>
            </w:r>
          </w:p>
        </w:tc>
      </w:tr>
      <w:tr>
        <w:tc>
          <w:tcPr>
            <w:tcW w:type="dxa" w:w="1234"/>
          </w:tcPr>
          <w:p>
            <w:r>
              <w:t>dayofweek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3.016</w:t>
            </w:r>
          </w:p>
        </w:tc>
        <w:tc>
          <w:tcPr>
            <w:tcW w:type="dxa" w:w="1234"/>
          </w:tcPr>
          <w:p>
            <w:r>
              <w:t>2.0004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3.0</w:t>
            </w:r>
          </w:p>
        </w:tc>
      </w:tr>
      <w:tr>
        <w:tc>
          <w:tcPr>
            <w:tcW w:type="dxa" w:w="1234"/>
          </w:tcPr>
          <w:p>
            <w:r>
              <w:t>demand_kw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3434.8504</w:t>
            </w:r>
          </w:p>
        </w:tc>
        <w:tc>
          <w:tcPr>
            <w:tcW w:type="dxa" w:w="1234"/>
          </w:tcPr>
          <w:p>
            <w:r>
              <w:t>715.7512</w:t>
            </w:r>
          </w:p>
        </w:tc>
        <w:tc>
          <w:tcPr>
            <w:tcW w:type="dxa" w:w="1234"/>
          </w:tcPr>
          <w:p>
            <w:r>
              <w:t>1771.46</w:t>
            </w:r>
          </w:p>
        </w:tc>
        <w:tc>
          <w:tcPr>
            <w:tcW w:type="dxa" w:w="1234"/>
          </w:tcPr>
          <w:p>
            <w:r>
              <w:t>2804.8825</w:t>
            </w:r>
          </w:p>
        </w:tc>
        <w:tc>
          <w:tcPr>
            <w:tcW w:type="dxa" w:w="1234"/>
          </w:tcPr>
          <w:p>
            <w:r>
              <w:t>3507.73</w:t>
            </w:r>
          </w:p>
        </w:tc>
      </w:tr>
      <w:tr>
        <w:tc>
          <w:tcPr>
            <w:tcW w:type="dxa" w:w="1234"/>
          </w:tcPr>
          <w:p>
            <w:r>
              <w:t>hour_sin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0.0026</w:t>
            </w:r>
          </w:p>
        </w:tc>
        <w:tc>
          <w:tcPr>
            <w:tcW w:type="dxa" w:w="1234"/>
          </w:tcPr>
          <w:p>
            <w:r>
              <w:t>0.7074</w:t>
            </w:r>
          </w:p>
        </w:tc>
        <w:tc>
          <w:tcPr>
            <w:tcW w:type="dxa" w:w="1234"/>
          </w:tcPr>
          <w:p>
            <w:r>
              <w:t>-1.0</w:t>
            </w:r>
          </w:p>
        </w:tc>
        <w:tc>
          <w:tcPr>
            <w:tcW w:type="dxa" w:w="1234"/>
          </w:tcPr>
          <w:p>
            <w:r>
              <w:t>-0.7071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hour_cos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0.002</w:t>
            </w:r>
          </w:p>
        </w:tc>
        <w:tc>
          <w:tcPr>
            <w:tcW w:type="dxa" w:w="1234"/>
          </w:tcPr>
          <w:p>
            <w:r>
              <w:t>0.7071</w:t>
            </w:r>
          </w:p>
        </w:tc>
        <w:tc>
          <w:tcPr>
            <w:tcW w:type="dxa" w:w="1234"/>
          </w:tcPr>
          <w:p>
            <w:r>
              <w:t>-1.0</w:t>
            </w:r>
          </w:p>
        </w:tc>
        <w:tc>
          <w:tcPr>
            <w:tcW w:type="dxa" w:w="1234"/>
          </w:tcPr>
          <w:p>
            <w:r>
              <w:t>-0.7071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demand_lag_1</w:t>
            </w:r>
          </w:p>
        </w:tc>
        <w:tc>
          <w:tcPr>
            <w:tcW w:type="dxa" w:w="1234"/>
          </w:tcPr>
          <w:p>
            <w:r>
              <w:t>1999.0</w:t>
            </w:r>
          </w:p>
        </w:tc>
        <w:tc>
          <w:tcPr>
            <w:tcW w:type="dxa" w:w="1234"/>
          </w:tcPr>
          <w:p>
            <w:r>
              <w:t>3434.6182</w:t>
            </w:r>
          </w:p>
        </w:tc>
        <w:tc>
          <w:tcPr>
            <w:tcW w:type="dxa" w:w="1234"/>
          </w:tcPr>
          <w:p>
            <w:r>
              <w:t>715.8549</w:t>
            </w:r>
          </w:p>
        </w:tc>
        <w:tc>
          <w:tcPr>
            <w:tcW w:type="dxa" w:w="1234"/>
          </w:tcPr>
          <w:p>
            <w:r>
              <w:t>1771.46</w:t>
            </w:r>
          </w:p>
        </w:tc>
        <w:tc>
          <w:tcPr>
            <w:tcW w:type="dxa" w:w="1234"/>
          </w:tcPr>
          <w:p>
            <w:r>
              <w:t>2804.435</w:t>
            </w:r>
          </w:p>
        </w:tc>
        <w:tc>
          <w:tcPr>
            <w:tcW w:type="dxa" w:w="1234"/>
          </w:tcPr>
          <w:p>
            <w:r>
              <w:t>3507.32</w:t>
            </w:r>
          </w:p>
        </w:tc>
      </w:tr>
      <w:tr>
        <w:tc>
          <w:tcPr>
            <w:tcW w:type="dxa" w:w="1234"/>
          </w:tcPr>
          <w:p>
            <w:r>
              <w:t>demand_lag_24</w:t>
            </w:r>
          </w:p>
        </w:tc>
        <w:tc>
          <w:tcPr>
            <w:tcW w:type="dxa" w:w="1234"/>
          </w:tcPr>
          <w:p>
            <w:r>
              <w:t>1976.0</w:t>
            </w:r>
          </w:p>
        </w:tc>
        <w:tc>
          <w:tcPr>
            <w:tcW w:type="dxa" w:w="1234"/>
          </w:tcPr>
          <w:p>
            <w:r>
              <w:t>3427.7122</w:t>
            </w:r>
          </w:p>
        </w:tc>
        <w:tc>
          <w:tcPr>
            <w:tcW w:type="dxa" w:w="1234"/>
          </w:tcPr>
          <w:p>
            <w:r>
              <w:t>712.6846</w:t>
            </w:r>
          </w:p>
        </w:tc>
        <w:tc>
          <w:tcPr>
            <w:tcW w:type="dxa" w:w="1234"/>
          </w:tcPr>
          <w:p>
            <w:r>
              <w:t>1771.46</w:t>
            </w:r>
          </w:p>
        </w:tc>
        <w:tc>
          <w:tcPr>
            <w:tcW w:type="dxa" w:w="1234"/>
          </w:tcPr>
          <w:p>
            <w:r>
              <w:t>2797.85</w:t>
            </w:r>
          </w:p>
        </w:tc>
        <w:tc>
          <w:tcPr>
            <w:tcW w:type="dxa" w:w="1234"/>
          </w:tcPr>
          <w:p>
            <w:r>
              <w:t>3499.065</w:t>
            </w:r>
          </w:p>
        </w:tc>
      </w:tr>
      <w:tr>
        <w:tc>
          <w:tcPr>
            <w:tcW w:type="dxa" w:w="1234"/>
          </w:tcPr>
          <w:p>
            <w:r>
              <w:t>demand_lag_168</w:t>
            </w:r>
          </w:p>
        </w:tc>
        <w:tc>
          <w:tcPr>
            <w:tcW w:type="dxa" w:w="1234"/>
          </w:tcPr>
          <w:p>
            <w:r>
              <w:t>1832.0</w:t>
            </w:r>
          </w:p>
        </w:tc>
        <w:tc>
          <w:tcPr>
            <w:tcW w:type="dxa" w:w="1234"/>
          </w:tcPr>
          <w:p>
            <w:r>
              <w:t>3394.8146</w:t>
            </w:r>
          </w:p>
        </w:tc>
        <w:tc>
          <w:tcPr>
            <w:tcW w:type="dxa" w:w="1234"/>
          </w:tcPr>
          <w:p>
            <w:r>
              <w:t>699.8752</w:t>
            </w:r>
          </w:p>
        </w:tc>
        <w:tc>
          <w:tcPr>
            <w:tcW w:type="dxa" w:w="1234"/>
          </w:tcPr>
          <w:p>
            <w:r>
              <w:t>1771.46</w:t>
            </w:r>
          </w:p>
        </w:tc>
        <w:tc>
          <w:tcPr>
            <w:tcW w:type="dxa" w:w="1234"/>
          </w:tcPr>
          <w:p>
            <w:r>
              <w:t>2768.0725</w:t>
            </w:r>
          </w:p>
        </w:tc>
        <w:tc>
          <w:tcPr>
            <w:tcW w:type="dxa" w:w="1234"/>
          </w:tcPr>
          <w:p>
            <w:r>
              <w:t>3467.765</w:t>
            </w:r>
          </w:p>
        </w:tc>
      </w:tr>
      <w:tr>
        <w:tc>
          <w:tcPr>
            <w:tcW w:type="dxa" w:w="1234"/>
          </w:tcPr>
          <w:p>
            <w:r>
              <w:t>demand_roll_mean_24</w:t>
            </w:r>
          </w:p>
        </w:tc>
        <w:tc>
          <w:tcPr>
            <w:tcW w:type="dxa" w:w="1234"/>
          </w:tcPr>
          <w:p>
            <w:r>
              <w:t>1999.0</w:t>
            </w:r>
          </w:p>
        </w:tc>
        <w:tc>
          <w:tcPr>
            <w:tcW w:type="dxa" w:w="1234"/>
          </w:tcPr>
          <w:p>
            <w:r>
              <w:t>3429.156</w:t>
            </w:r>
          </w:p>
        </w:tc>
        <w:tc>
          <w:tcPr>
            <w:tcW w:type="dxa" w:w="1234"/>
          </w:tcPr>
          <w:p>
            <w:r>
              <w:t>312.3811</w:t>
            </w:r>
          </w:p>
        </w:tc>
        <w:tc>
          <w:tcPr>
            <w:tcW w:type="dxa" w:w="1234"/>
          </w:tcPr>
          <w:p>
            <w:r>
              <w:t>2335.77</w:t>
            </w:r>
          </w:p>
        </w:tc>
        <w:tc>
          <w:tcPr>
            <w:tcW w:type="dxa" w:w="1234"/>
          </w:tcPr>
          <w:p>
            <w:r>
              <w:t>3262.1535</w:t>
            </w:r>
          </w:p>
        </w:tc>
        <w:tc>
          <w:tcPr>
            <w:tcW w:type="dxa" w:w="1234"/>
          </w:tcPr>
          <w:p>
            <w:r>
              <w:t>3407.481</w:t>
            </w:r>
          </w:p>
        </w:tc>
      </w:tr>
      <w:tr>
        <w:tc>
          <w:tcPr>
            <w:tcW w:type="dxa" w:w="1234"/>
          </w:tcPr>
          <w:p>
            <w:r>
              <w:t>demand_ema_24</w:t>
            </w:r>
          </w:p>
        </w:tc>
        <w:tc>
          <w:tcPr>
            <w:tcW w:type="dxa" w:w="1234"/>
          </w:tcPr>
          <w:p>
            <w:r>
              <w:t>1999.0</w:t>
            </w:r>
          </w:p>
        </w:tc>
        <w:tc>
          <w:tcPr>
            <w:tcW w:type="dxa" w:w="1234"/>
          </w:tcPr>
          <w:p>
            <w:r>
              <w:t>3426.749</w:t>
            </w:r>
          </w:p>
        </w:tc>
        <w:tc>
          <w:tcPr>
            <w:tcW w:type="dxa" w:w="1234"/>
          </w:tcPr>
          <w:p>
            <w:r>
              <w:t>355.7964</w:t>
            </w:r>
          </w:p>
        </w:tc>
        <w:tc>
          <w:tcPr>
            <w:tcW w:type="dxa" w:w="1234"/>
          </w:tcPr>
          <w:p>
            <w:r>
              <w:t>2335.77</w:t>
            </w:r>
          </w:p>
        </w:tc>
        <w:tc>
          <w:tcPr>
            <w:tcW w:type="dxa" w:w="1234"/>
          </w:tcPr>
          <w:p>
            <w:r>
              <w:t>3167.0675</w:t>
            </w:r>
          </w:p>
        </w:tc>
        <w:tc>
          <w:tcPr>
            <w:tcW w:type="dxa" w:w="1234"/>
          </w:tcPr>
          <w:p>
            <w:r>
              <w:t>3421.9268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rmse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median_ae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mape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adj_r2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explained_variance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mean_residual</w:t>
            </w:r>
          </w:p>
        </w:tc>
      </w:tr>
      <w:tr>
        <w:tc>
          <w:tcPr>
            <w:tcW w:type="dxa" w:w="720"/>
          </w:tcPr>
          <w:p>
            <w:r>
              <w:t>ExtraTrees</w:t>
            </w:r>
          </w:p>
        </w:tc>
        <w:tc>
          <w:tcPr>
            <w:tcW w:type="dxa" w:w="720"/>
          </w:tcPr>
          <w:p>
            <w:r>
              <w:t>0.9557</w:t>
            </w:r>
          </w:p>
        </w:tc>
        <w:tc>
          <w:tcPr>
            <w:tcW w:type="dxa" w:w="720"/>
          </w:tcPr>
          <w:p>
            <w:r>
              <w:t>0.0029</w:t>
            </w:r>
          </w:p>
        </w:tc>
        <w:tc>
          <w:tcPr>
            <w:tcW w:type="dxa" w:w="720"/>
          </w:tcPr>
          <w:p>
            <w:r>
              <w:t>2.41</w:t>
            </w:r>
          </w:p>
        </w:tc>
        <w:tc>
          <w:tcPr>
            <w:tcW w:type="dxa" w:w="720"/>
          </w:tcPr>
          <w:p>
            <w:r>
              <w:t>193.1662</w:t>
            </w:r>
          </w:p>
        </w:tc>
        <w:tc>
          <w:tcPr>
            <w:tcW w:type="dxa" w:w="720"/>
          </w:tcPr>
          <w:p>
            <w:r>
              <w:t>154.516</w:t>
            </w:r>
          </w:p>
        </w:tc>
        <w:tc>
          <w:tcPr>
            <w:tcW w:type="dxa" w:w="720"/>
          </w:tcPr>
          <w:p>
            <w:r>
              <w:t>137.2891</w:t>
            </w:r>
          </w:p>
        </w:tc>
        <w:tc>
          <w:tcPr>
            <w:tcW w:type="dxa" w:w="720"/>
          </w:tcPr>
          <w:p>
            <w:r>
              <w:t>4.1603</w:t>
            </w:r>
          </w:p>
        </w:tc>
        <w:tc>
          <w:tcPr>
            <w:tcW w:type="dxa" w:w="720"/>
          </w:tcPr>
          <w:p>
            <w:r>
              <w:t>0.9318</w:t>
            </w:r>
          </w:p>
        </w:tc>
        <w:tc>
          <w:tcPr>
            <w:tcW w:type="dxa" w:w="720"/>
          </w:tcPr>
          <w:p>
            <w:r>
              <w:t>0.9282</w:t>
            </w:r>
          </w:p>
        </w:tc>
        <w:tc>
          <w:tcPr>
            <w:tcW w:type="dxa" w:w="720"/>
          </w:tcPr>
          <w:p>
            <w:r>
              <w:t>0.9464</w:t>
            </w:r>
          </w:p>
        </w:tc>
        <w:tc>
          <w:tcPr>
            <w:tcW w:type="dxa" w:w="720"/>
          </w:tcPr>
          <w:p>
            <w:r>
              <w:t>89.363</w:t>
            </w:r>
          </w:p>
        </w:tc>
      </w:tr>
      <w:tr>
        <w:tc>
          <w:tcPr>
            <w:tcW w:type="dxa" w:w="720"/>
          </w:tcPr>
          <w:p>
            <w:r>
              <w:t>HistGradientBoosting</w:t>
            </w:r>
          </w:p>
        </w:tc>
        <w:tc>
          <w:tcPr>
            <w:tcW w:type="dxa" w:w="720"/>
          </w:tcPr>
          <w:p>
            <w:r>
              <w:t>0.9509</w:t>
            </w:r>
          </w:p>
        </w:tc>
        <w:tc>
          <w:tcPr>
            <w:tcW w:type="dxa" w:w="720"/>
          </w:tcPr>
          <w:p>
            <w:r>
              <w:t>0.0034</w:t>
            </w:r>
          </w:p>
        </w:tc>
        <w:tc>
          <w:tcPr>
            <w:tcW w:type="dxa" w:w="720"/>
          </w:tcPr>
          <w:p>
            <w:r>
              <w:t>0.68</w:t>
            </w:r>
          </w:p>
        </w:tc>
        <w:tc>
          <w:tcPr>
            <w:tcW w:type="dxa" w:w="720"/>
          </w:tcPr>
          <w:p>
            <w:r>
              <w:t>196.9095</w:t>
            </w:r>
          </w:p>
        </w:tc>
        <w:tc>
          <w:tcPr>
            <w:tcW w:type="dxa" w:w="720"/>
          </w:tcPr>
          <w:p>
            <w:r>
              <w:t>157.2716</w:t>
            </w:r>
          </w:p>
        </w:tc>
        <w:tc>
          <w:tcPr>
            <w:tcW w:type="dxa" w:w="720"/>
          </w:tcPr>
          <w:p>
            <w:r>
              <w:t>131.4075</w:t>
            </w:r>
          </w:p>
        </w:tc>
        <w:tc>
          <w:tcPr>
            <w:tcW w:type="dxa" w:w="720"/>
          </w:tcPr>
          <w:p>
            <w:r>
              <w:t>4.2807</w:t>
            </w:r>
          </w:p>
        </w:tc>
        <w:tc>
          <w:tcPr>
            <w:tcW w:type="dxa" w:w="720"/>
          </w:tcPr>
          <w:p>
            <w:r>
              <w:t>0.9291</w:t>
            </w:r>
          </w:p>
        </w:tc>
        <w:tc>
          <w:tcPr>
            <w:tcW w:type="dxa" w:w="720"/>
          </w:tcPr>
          <w:p>
            <w:r>
              <w:t>0.9253</w:t>
            </w:r>
          </w:p>
        </w:tc>
        <w:tc>
          <w:tcPr>
            <w:tcW w:type="dxa" w:w="720"/>
          </w:tcPr>
          <w:p>
            <w:r>
              <w:t>0.942</w:t>
            </w:r>
          </w:p>
        </w:tc>
        <w:tc>
          <w:tcPr>
            <w:tcW w:type="dxa" w:w="720"/>
          </w:tcPr>
          <w:p>
            <w:r>
              <w:t>84.1786</w:t>
            </w:r>
          </w:p>
        </w:tc>
      </w:tr>
      <w:tr>
        <w:tc>
          <w:tcPr>
            <w:tcW w:type="dxa" w:w="720"/>
          </w:tcPr>
          <w:p>
            <w:r>
              <w:t>LightGBM</w:t>
            </w:r>
          </w:p>
        </w:tc>
        <w:tc>
          <w:tcPr>
            <w:tcW w:type="dxa" w:w="720"/>
          </w:tcPr>
          <w:p>
            <w:r>
              <w:t>0.9494</w:t>
            </w:r>
          </w:p>
        </w:tc>
        <w:tc>
          <w:tcPr>
            <w:tcW w:type="dxa" w:w="720"/>
          </w:tcPr>
          <w:p>
            <w:r>
              <w:t>0.0048</w:t>
            </w:r>
          </w:p>
        </w:tc>
        <w:tc>
          <w:tcPr>
            <w:tcW w:type="dxa" w:w="720"/>
          </w:tcPr>
          <w:p>
            <w:r>
              <w:t>0.61</w:t>
            </w:r>
          </w:p>
        </w:tc>
        <w:tc>
          <w:tcPr>
            <w:tcW w:type="dxa" w:w="720"/>
          </w:tcPr>
          <w:p>
            <w:r>
              <w:t>193.7304</w:t>
            </w:r>
          </w:p>
        </w:tc>
        <w:tc>
          <w:tcPr>
            <w:tcW w:type="dxa" w:w="720"/>
          </w:tcPr>
          <w:p>
            <w:r>
              <w:t>153.567</w:t>
            </w:r>
          </w:p>
        </w:tc>
        <w:tc>
          <w:tcPr>
            <w:tcW w:type="dxa" w:w="720"/>
          </w:tcPr>
          <w:p>
            <w:r>
              <w:t>129.8549</w:t>
            </w:r>
          </w:p>
        </w:tc>
        <w:tc>
          <w:tcPr>
            <w:tcW w:type="dxa" w:w="720"/>
          </w:tcPr>
          <w:p>
            <w:r>
              <w:t>4.1915</w:t>
            </w:r>
          </w:p>
        </w:tc>
        <w:tc>
          <w:tcPr>
            <w:tcW w:type="dxa" w:w="720"/>
          </w:tcPr>
          <w:p>
            <w:r>
              <w:t>0.9314</w:t>
            </w:r>
          </w:p>
        </w:tc>
        <w:tc>
          <w:tcPr>
            <w:tcW w:type="dxa" w:w="720"/>
          </w:tcPr>
          <w:p>
            <w:r>
              <w:t>0.9277</w:t>
            </w:r>
          </w:p>
        </w:tc>
        <w:tc>
          <w:tcPr>
            <w:tcW w:type="dxa" w:w="720"/>
          </w:tcPr>
          <w:p>
            <w:r>
              <w:t>0.9419</w:t>
            </w:r>
          </w:p>
        </w:tc>
        <w:tc>
          <w:tcPr>
            <w:tcW w:type="dxa" w:w="720"/>
          </w:tcPr>
          <w:p>
            <w:r>
              <w:t>76.0027</w:t>
            </w:r>
          </w:p>
        </w:tc>
      </w:tr>
      <w:tr>
        <w:tc>
          <w:tcPr>
            <w:tcW w:type="dxa" w:w="720"/>
          </w:tcPr>
          <w:p>
            <w:r>
              <w:t>RandomForest</w:t>
            </w:r>
          </w:p>
        </w:tc>
        <w:tc>
          <w:tcPr>
            <w:tcW w:type="dxa" w:w="720"/>
          </w:tcPr>
          <w:p>
            <w:r>
              <w:t>0.9493</w:t>
            </w:r>
          </w:p>
        </w:tc>
        <w:tc>
          <w:tcPr>
            <w:tcW w:type="dxa" w:w="720"/>
          </w:tcPr>
          <w:p>
            <w:r>
              <w:t>0.0037</w:t>
            </w:r>
          </w:p>
        </w:tc>
        <w:tc>
          <w:tcPr>
            <w:tcW w:type="dxa" w:w="720"/>
          </w:tcPr>
          <w:p>
            <w:r>
              <w:t>4.1</w:t>
            </w:r>
          </w:p>
        </w:tc>
        <w:tc>
          <w:tcPr>
            <w:tcW w:type="dxa" w:w="720"/>
          </w:tcPr>
          <w:p>
            <w:r>
              <w:t>192.7615</w:t>
            </w:r>
          </w:p>
        </w:tc>
        <w:tc>
          <w:tcPr>
            <w:tcW w:type="dxa" w:w="720"/>
          </w:tcPr>
          <w:p>
            <w:r>
              <w:t>152.7593</w:t>
            </w:r>
          </w:p>
        </w:tc>
        <w:tc>
          <w:tcPr>
            <w:tcW w:type="dxa" w:w="720"/>
          </w:tcPr>
          <w:p>
            <w:r>
              <w:t>125.9483</w:t>
            </w:r>
          </w:p>
        </w:tc>
        <w:tc>
          <w:tcPr>
            <w:tcW w:type="dxa" w:w="720"/>
          </w:tcPr>
          <w:p>
            <w:r>
              <w:t>4.1431</w:t>
            </w:r>
          </w:p>
        </w:tc>
        <w:tc>
          <w:tcPr>
            <w:tcW w:type="dxa" w:w="720"/>
          </w:tcPr>
          <w:p>
            <w:r>
              <w:t>0.932</w:t>
            </w:r>
          </w:p>
        </w:tc>
        <w:tc>
          <w:tcPr>
            <w:tcW w:type="dxa" w:w="720"/>
          </w:tcPr>
          <w:p>
            <w:r>
              <w:t>0.9285</w:t>
            </w:r>
          </w:p>
        </w:tc>
        <w:tc>
          <w:tcPr>
            <w:tcW w:type="dxa" w:w="720"/>
          </w:tcPr>
          <w:p>
            <w:r>
              <w:t>0.9399</w:t>
            </w:r>
          </w:p>
        </w:tc>
        <w:tc>
          <w:tcPr>
            <w:tcW w:type="dxa" w:w="720"/>
          </w:tcPr>
          <w:p>
            <w:r>
              <w:t>65.4999</w:t>
            </w:r>
          </w:p>
        </w:tc>
      </w:tr>
      <w:tr>
        <w:tc>
          <w:tcPr>
            <w:tcW w:type="dxa" w:w="720"/>
          </w:tcPr>
          <w:p>
            <w:r>
              <w:t>XGBoost</w:t>
            </w:r>
          </w:p>
        </w:tc>
        <w:tc>
          <w:tcPr>
            <w:tcW w:type="dxa" w:w="720"/>
          </w:tcPr>
          <w:p>
            <w:r>
              <w:t>0.9446</w:t>
            </w:r>
          </w:p>
        </w:tc>
        <w:tc>
          <w:tcPr>
            <w:tcW w:type="dxa" w:w="720"/>
          </w:tcPr>
          <w:p>
            <w:r>
              <w:t>0.004</w:t>
            </w:r>
          </w:p>
        </w:tc>
        <w:tc>
          <w:tcPr>
            <w:tcW w:type="dxa" w:w="720"/>
          </w:tcPr>
          <w:p>
            <w:r>
              <w:t>0.58</w:t>
            </w:r>
          </w:p>
        </w:tc>
        <w:tc>
          <w:tcPr>
            <w:tcW w:type="dxa" w:w="720"/>
          </w:tcPr>
          <w:p>
            <w:r>
              <w:t>210.2659</w:t>
            </w:r>
          </w:p>
        </w:tc>
        <w:tc>
          <w:tcPr>
            <w:tcW w:type="dxa" w:w="720"/>
          </w:tcPr>
          <w:p>
            <w:r>
              <w:t>169.4299</w:t>
            </w:r>
          </w:p>
        </w:tc>
        <w:tc>
          <w:tcPr>
            <w:tcW w:type="dxa" w:w="720"/>
          </w:tcPr>
          <w:p>
            <w:r>
              <w:t>146.5107</w:t>
            </w:r>
          </w:p>
        </w:tc>
        <w:tc>
          <w:tcPr>
            <w:tcW w:type="dxa" w:w="720"/>
          </w:tcPr>
          <w:p>
            <w:r>
              <w:t>4.6297</w:t>
            </w:r>
          </w:p>
        </w:tc>
        <w:tc>
          <w:tcPr>
            <w:tcW w:type="dxa" w:w="720"/>
          </w:tcPr>
          <w:p>
            <w:r>
              <w:t>0.9191</w:t>
            </w:r>
          </w:p>
        </w:tc>
        <w:tc>
          <w:tcPr>
            <w:tcW w:type="dxa" w:w="720"/>
          </w:tcPr>
          <w:p>
            <w:r>
              <w:t>0.9149</w:t>
            </w:r>
          </w:p>
        </w:tc>
        <w:tc>
          <w:tcPr>
            <w:tcW w:type="dxa" w:w="720"/>
          </w:tcPr>
          <w:p>
            <w:r>
              <w:t>0.9327</w:t>
            </w:r>
          </w:p>
        </w:tc>
        <w:tc>
          <w:tcPr>
            <w:tcW w:type="dxa" w:w="720"/>
          </w:tcPr>
          <w:p>
            <w:r>
              <w:t>86.1682</w:t>
            </w:r>
          </w:p>
        </w:tc>
      </w:tr>
      <w:tr>
        <w:tc>
          <w:tcPr>
            <w:tcW w:type="dxa" w:w="720"/>
          </w:tcPr>
          <w:p>
            <w:r>
              <w:t>Ridge</w:t>
            </w:r>
          </w:p>
        </w:tc>
        <w:tc>
          <w:tcPr>
            <w:tcW w:type="dxa" w:w="720"/>
          </w:tcPr>
          <w:p>
            <w:r>
              <w:t>0.9424</w:t>
            </w:r>
          </w:p>
        </w:tc>
        <w:tc>
          <w:tcPr>
            <w:tcW w:type="dxa" w:w="720"/>
          </w:tcPr>
          <w:p>
            <w:r>
              <w:t>0.0056</w:t>
            </w:r>
          </w:p>
        </w:tc>
        <w:tc>
          <w:tcPr>
            <w:tcW w:type="dxa" w:w="720"/>
          </w:tcPr>
          <w:p>
            <w:r>
              <w:t>0.02</w:t>
            </w:r>
          </w:p>
        </w:tc>
        <w:tc>
          <w:tcPr>
            <w:tcW w:type="dxa" w:w="720"/>
          </w:tcPr>
          <w:p>
            <w:r>
              <w:t>169.1596</w:t>
            </w:r>
          </w:p>
        </w:tc>
        <w:tc>
          <w:tcPr>
            <w:tcW w:type="dxa" w:w="720"/>
          </w:tcPr>
          <w:p>
            <w:r>
              <w:t>135.5688</w:t>
            </w:r>
          </w:p>
        </w:tc>
        <w:tc>
          <w:tcPr>
            <w:tcW w:type="dxa" w:w="720"/>
          </w:tcPr>
          <w:p>
            <w:r>
              <w:t>117.587</w:t>
            </w:r>
          </w:p>
        </w:tc>
        <w:tc>
          <w:tcPr>
            <w:tcW w:type="dxa" w:w="720"/>
          </w:tcPr>
          <w:p>
            <w:r>
              <w:t>3.8073</w:t>
            </w:r>
          </w:p>
        </w:tc>
        <w:tc>
          <w:tcPr>
            <w:tcW w:type="dxa" w:w="720"/>
          </w:tcPr>
          <w:p>
            <w:r>
              <w:t>0.9477</w:t>
            </w:r>
          </w:p>
        </w:tc>
        <w:tc>
          <w:tcPr>
            <w:tcW w:type="dxa" w:w="720"/>
          </w:tcPr>
          <w:p>
            <w:r>
              <w:t>0.9449</w:t>
            </w:r>
          </w:p>
        </w:tc>
        <w:tc>
          <w:tcPr>
            <w:tcW w:type="dxa" w:w="720"/>
          </w:tcPr>
          <w:p>
            <w:r>
              <w:t>0.9479</w:t>
            </w:r>
          </w:p>
        </w:tc>
        <w:tc>
          <w:tcPr>
            <w:tcW w:type="dxa" w:w="720"/>
          </w:tcPr>
          <w:p>
            <w:r>
              <w:t>10.5111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8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8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0845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84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4954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954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68225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pred_vs_actu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6822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10_pred_vs_actual.png</w:t>
      </w:r>
    </w:p>
    <w:p>
      <w:r>
        <w:drawing>
          <wp:inline xmlns:a="http://schemas.openxmlformats.org/drawingml/2006/main" xmlns:pic="http://schemas.openxmlformats.org/drawingml/2006/picture">
            <wp:extent cx="5669280" cy="20132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residual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013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11_residuals.png</w:t>
      </w:r>
    </w:p>
    <w:p>
      <w:r>
        <w:drawing>
          <wp:inline xmlns:a="http://schemas.openxmlformats.org/drawingml/2006/main" xmlns:pic="http://schemas.openxmlformats.org/drawingml/2006/picture">
            <wp:extent cx="5669280" cy="233793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79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7376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73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243618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demand_vs_temperatur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4361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20_demand_vs_temperature.png</w:t>
      </w:r>
    </w:p>
    <w:p>
      <w:r>
        <w:drawing>
          <wp:inline xmlns:a="http://schemas.openxmlformats.org/drawingml/2006/main" xmlns:pic="http://schemas.openxmlformats.org/drawingml/2006/picture">
            <wp:extent cx="5669280" cy="232845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demand_em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28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21_demand_ema.png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FC-001</w:t>
            </w:r>
          </w:p>
        </w:tc>
        <w:tc>
          <w:tcPr>
            <w:tcW w:type="dxa" w:w="1728"/>
          </w:tcPr>
          <w:p>
            <w:r>
              <w:t>temperature_c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32</w:t>
            </w:r>
          </w:p>
        </w:tc>
        <w:tc>
          <w:tcPr>
            <w:tcW w:type="dxa" w:w="1728"/>
          </w:tcPr>
          <w:p>
            <w:r>
              <w:t>Heatwave Demand Risk</w:t>
            </w:r>
          </w:p>
        </w:tc>
      </w:tr>
      <w:tr>
        <w:tc>
          <w:tcPr>
            <w:tcW w:type="dxa" w:w="1728"/>
          </w:tcPr>
          <w:p>
            <w:r>
              <w:t>FC-002</w:t>
            </w:r>
          </w:p>
        </w:tc>
        <w:tc>
          <w:tcPr>
            <w:tcW w:type="dxa" w:w="1728"/>
          </w:tcPr>
          <w:p>
            <w:r>
              <w:t>demand_kw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8500</w:t>
            </w:r>
          </w:p>
        </w:tc>
        <w:tc>
          <w:tcPr>
            <w:tcW w:type="dxa" w:w="1728"/>
          </w:tcPr>
          <w:p>
            <w:r>
              <w:t>Peak Demand Alert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