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Industrial AI: APM &amp; Reliability (Remaining Useful Life)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8 - Industrial AI: APM &amp; Reliability (Remaining Useful Life)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18:23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rul_hours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26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7b501e38a129f1335385ada6f9efcd14dc1f37a4aca98490becbb4ad9c10da88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Industrial AI: APM &amp; Reliability (Remaining Useful Life)</w:t>
      </w:r>
    </w:p>
    <w:p>
      <w:pPr>
        <w:pStyle w:val="ListBullet"/>
      </w:pPr>
      <w:r>
        <w:t>domain: Industrial AI: APM &amp; Reliability (Remaining Useful Life)</w:t>
      </w:r>
    </w:p>
    <w:p>
      <w:pPr>
        <w:pStyle w:val="ListBullet"/>
      </w:pPr>
      <w:r>
        <w:t>task: regression</w:t>
      </w:r>
    </w:p>
    <w:p>
      <w:pPr>
        <w:pStyle w:val="ListBullet"/>
      </w:pPr>
      <w:r>
        <w:t>best_model: ExtraTrees</w:t>
      </w:r>
    </w:p>
    <w:p>
      <w:pPr>
        <w:pStyle w:val="ListBullet"/>
      </w:pPr>
      <w:r>
        <w:t>rmse: 414.9999</w:t>
      </w:r>
    </w:p>
    <w:p>
      <w:pPr>
        <w:pStyle w:val="ListBullet"/>
      </w:pPr>
      <w:r>
        <w:t>mae: 275.7019</w:t>
      </w:r>
    </w:p>
    <w:p>
      <w:pPr>
        <w:pStyle w:val="ListBullet"/>
      </w:pPr>
      <w:r>
        <w:t>median_ae: 172.4507</w:t>
      </w:r>
    </w:p>
    <w:p>
      <w:pPr>
        <w:pStyle w:val="ListBullet"/>
      </w:pPr>
      <w:r>
        <w:t>mape: 23.2257</w:t>
      </w:r>
    </w:p>
    <w:p>
      <w:pPr>
        <w:pStyle w:val="ListBullet"/>
      </w:pPr>
      <w:r>
        <w:t>r2: 0.9207</w:t>
      </w:r>
    </w:p>
    <w:p>
      <w:pPr>
        <w:pStyle w:val="ListBullet"/>
      </w:pPr>
      <w:r>
        <w:t>adj_r2: 0.9176</w:t>
      </w:r>
    </w:p>
    <w:p>
      <w:pPr>
        <w:pStyle w:val="ListBullet"/>
      </w:pPr>
      <w:r>
        <w:t>explained_variance: 0.9289</w:t>
      </w:r>
    </w:p>
    <w:p>
      <w:pPr>
        <w:pStyle w:val="ListBullet"/>
      </w:pPr>
      <w:r>
        <w:t>mean_residual: -133.1397</w:t>
      </w:r>
    </w:p>
    <w:p>
      <w:pPr>
        <w:pStyle w:val="ListBullet"/>
      </w:pPr>
      <w:r>
        <w:t>leaderboard_top: [{'model': 'ExtraTrees', 'cv_score_mean': 0.9017707060314887, 'cv_score_std': 0.01697532628316363, 'fit_seconds': 2.39, 'rmse': 414.9998753235885, 'mae': 275.70186750000045, 'median_ae': 172.4506666666705, 'mape': 23.225720192192632, 'r2': 0.9207145491914172, 'adj_r2': 0.9176174612692068, 'explained_variance': 0.928874977619694, 'mean_residual': -133.13973750000062}, {'model': 'RandomForest', 'cv_score_mean': 0.8984467078876376, 'cv_score_std': 0.010412313976845817, 'fit_seconds': 4.72, 'rmse': 410.50391281930763, 'mae': 273.0131058333337, 'median_ae': 173.60933333333367, 'mape': 23.25833265809548, 'r2': 0.9224231449288455, 'adj_r2': 0.9193927990276285, 'explained_variance': 0.9308161383965503, 'mean_residual': -135.02359250000052}, {'model': 'HistGradientBoosting', 'cv_score_mean': 0.897106348846598, 'cv_score_std': 0.013583352883977901, 'fit_seconds': 0.58, 'rmse': 445.7118500597106, 'mae': 287.6913094678292, 'median_ae': 191.96015174259742, 'mape': 22.303473311591823, 'r2': 0.908545321174863, 'adj_r2': 0.904972872783256, 'explained_variance': 0.9162937984206553, 'mean_residual': -129.73566948966686}, {'model': 'LightGBM', 'cv_score_mean': 0.8957040673142884, 'cv_score_std': 0.01367176580583357, 'fit_seconds': 0.68, 'rmse': 448.8378766566621, 'mae': 281.8889705965228, 'median_ae': 167.09221112280284, 'mape': 22.291786993236556, 'r2': 0.9072579768477803, 'adj_r2': 0.9036352415683967, 'explained_variance': 0.9146639610603248, 'mean_residual': -126.83602042558493}, {'model': 'XGBoost', 'cv_score_mean': 0.8858632977585679, 'cv_score_std': 0.022173093544234974, 'fit_seconds': 0.49, 'rmse': 471.3381586485267, 'mae': 314.2835444469452, 'median_ae': 200.54743652343745, 'mape': 24.025746018258534, 'r2': 0.8977265823081582, 'adj_r2': 0.8937315269295706, 'explained_variance': 0.9050681355835288, 'mean_residual': -126.28308814048768}]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ExtraTrees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r2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0.9018</w:t>
            </w:r>
          </w:p>
        </w:tc>
      </w:tr>
      <w:tr>
        <w:tc>
          <w:tcPr>
            <w:tcW w:type="dxa" w:w="4320"/>
          </w:tcPr>
          <w:p>
            <w:r>
              <w:t>rmse</w:t>
            </w:r>
          </w:p>
        </w:tc>
        <w:tc>
          <w:tcPr>
            <w:tcW w:type="dxa" w:w="4320"/>
          </w:tcPr>
          <w:p>
            <w:r>
              <w:t>414.9999</w:t>
            </w:r>
          </w:p>
        </w:tc>
      </w:tr>
      <w:tr>
        <w:tc>
          <w:tcPr>
            <w:tcW w:type="dxa" w:w="4320"/>
          </w:tcPr>
          <w:p>
            <w:r>
              <w:t>mae</w:t>
            </w:r>
          </w:p>
        </w:tc>
        <w:tc>
          <w:tcPr>
            <w:tcW w:type="dxa" w:w="4320"/>
          </w:tcPr>
          <w:p>
            <w:r>
              <w:t>275.7019</w:t>
            </w:r>
          </w:p>
        </w:tc>
      </w:tr>
      <w:tr>
        <w:tc>
          <w:tcPr>
            <w:tcW w:type="dxa" w:w="4320"/>
          </w:tcPr>
          <w:p>
            <w:r>
              <w:t>median_ae</w:t>
            </w:r>
          </w:p>
        </w:tc>
        <w:tc>
          <w:tcPr>
            <w:tcW w:type="dxa" w:w="4320"/>
          </w:tcPr>
          <w:p>
            <w:r>
              <w:t>172.4507</w:t>
            </w:r>
          </w:p>
        </w:tc>
      </w:tr>
      <w:tr>
        <w:tc>
          <w:tcPr>
            <w:tcW w:type="dxa" w:w="4320"/>
          </w:tcPr>
          <w:p>
            <w:r>
              <w:t>mape</w:t>
            </w:r>
          </w:p>
        </w:tc>
        <w:tc>
          <w:tcPr>
            <w:tcW w:type="dxa" w:w="4320"/>
          </w:tcPr>
          <w:p>
            <w:r>
              <w:t>23.2257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0.9207</w:t>
            </w:r>
          </w:p>
        </w:tc>
      </w:tr>
      <w:tr>
        <w:tc>
          <w:tcPr>
            <w:tcW w:type="dxa" w:w="4320"/>
          </w:tcPr>
          <w:p>
            <w:r>
              <w:t>adj_r2</w:t>
            </w:r>
          </w:p>
        </w:tc>
        <w:tc>
          <w:tcPr>
            <w:tcW w:type="dxa" w:w="4320"/>
          </w:tcPr>
          <w:p>
            <w:r>
              <w:t>0.9176</w:t>
            </w:r>
          </w:p>
        </w:tc>
      </w:tr>
      <w:tr>
        <w:tc>
          <w:tcPr>
            <w:tcW w:type="dxa" w:w="4320"/>
          </w:tcPr>
          <w:p>
            <w:r>
              <w:t>explained_variance</w:t>
            </w:r>
          </w:p>
        </w:tc>
        <w:tc>
          <w:tcPr>
            <w:tcW w:type="dxa" w:w="4320"/>
          </w:tcPr>
          <w:p>
            <w:r>
              <w:t>0.9289</w:t>
            </w:r>
          </w:p>
        </w:tc>
      </w:tr>
      <w:tr>
        <w:tc>
          <w:tcPr>
            <w:tcW w:type="dxa" w:w="4320"/>
          </w:tcPr>
          <w:p>
            <w:r>
              <w:t>mean_residual</w:t>
            </w:r>
          </w:p>
        </w:tc>
        <w:tc>
          <w:tcPr>
            <w:tcW w:type="dxa" w:w="4320"/>
          </w:tcPr>
          <w:p>
            <w:r>
              <w:t>-133.1397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26 columns from synthetic sandbox (constrained). A constrained synthetic sandbox was used when no real source was supplied.</w:t>
      </w:r>
    </w:p>
    <w:p>
      <w:r>
        <w:t>Target: rul_hours  |  Task: regression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r2: ExtraTrees.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operating_hours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2666.4013</w:t>
            </w:r>
          </w:p>
        </w:tc>
        <w:tc>
          <w:tcPr>
            <w:tcW w:type="dxa" w:w="1234"/>
          </w:tcPr>
          <w:p>
            <w:r>
              <w:t>1724.0899</w:t>
            </w:r>
          </w:p>
        </w:tc>
        <w:tc>
          <w:tcPr>
            <w:tcW w:type="dxa" w:w="1234"/>
          </w:tcPr>
          <w:p>
            <w:r>
              <w:t>0.9</w:t>
            </w:r>
          </w:p>
        </w:tc>
        <w:tc>
          <w:tcPr>
            <w:tcW w:type="dxa" w:w="1234"/>
          </w:tcPr>
          <w:p>
            <w:r>
              <w:t>1270.55</w:t>
            </w:r>
          </w:p>
        </w:tc>
        <w:tc>
          <w:tcPr>
            <w:tcW w:type="dxa" w:w="1234"/>
          </w:tcPr>
          <w:p>
            <w:r>
              <w:t>2444.25</w:t>
            </w:r>
          </w:p>
        </w:tc>
      </w:tr>
      <w:tr>
        <w:tc>
          <w:tcPr>
            <w:tcW w:type="dxa" w:w="1234"/>
          </w:tcPr>
          <w:p>
            <w:r>
              <w:t>vibration_rms_mm_s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4.0549</w:t>
            </w:r>
          </w:p>
        </w:tc>
        <w:tc>
          <w:tcPr>
            <w:tcW w:type="dxa" w:w="1234"/>
          </w:tcPr>
          <w:p>
            <w:r>
              <w:t>1.7547</w:t>
            </w:r>
          </w:p>
        </w:tc>
        <w:tc>
          <w:tcPr>
            <w:tcW w:type="dxa" w:w="1234"/>
          </w:tcPr>
          <w:p>
            <w:r>
              <w:t>0.673</w:t>
            </w:r>
          </w:p>
        </w:tc>
        <w:tc>
          <w:tcPr>
            <w:tcW w:type="dxa" w:w="1234"/>
          </w:tcPr>
          <w:p>
            <w:r>
              <w:t>2.5422</w:t>
            </w:r>
          </w:p>
        </w:tc>
        <w:tc>
          <w:tcPr>
            <w:tcW w:type="dxa" w:w="1234"/>
          </w:tcPr>
          <w:p>
            <w:r>
              <w:t>4.1185</w:t>
            </w:r>
          </w:p>
        </w:tc>
      </w:tr>
      <w:tr>
        <w:tc>
          <w:tcPr>
            <w:tcW w:type="dxa" w:w="1234"/>
          </w:tcPr>
          <w:p>
            <w:r>
              <w:t>crest_factor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5.0085</w:t>
            </w:r>
          </w:p>
        </w:tc>
        <w:tc>
          <w:tcPr>
            <w:tcW w:type="dxa" w:w="1234"/>
          </w:tcPr>
          <w:p>
            <w:r>
              <w:t>1.1722</w:t>
            </w:r>
          </w:p>
        </w:tc>
        <w:tc>
          <w:tcPr>
            <w:tcW w:type="dxa" w:w="1234"/>
          </w:tcPr>
          <w:p>
            <w:r>
              <w:t>2.499</w:t>
            </w:r>
          </w:p>
        </w:tc>
        <w:tc>
          <w:tcPr>
            <w:tcW w:type="dxa" w:w="1234"/>
          </w:tcPr>
          <w:p>
            <w:r>
              <w:t>4.031</w:t>
            </w:r>
          </w:p>
        </w:tc>
        <w:tc>
          <w:tcPr>
            <w:tcW w:type="dxa" w:w="1234"/>
          </w:tcPr>
          <w:p>
            <w:r>
              <w:t>5.0225</w:t>
            </w:r>
          </w:p>
        </w:tc>
      </w:tr>
      <w:tr>
        <w:tc>
          <w:tcPr>
            <w:tcW w:type="dxa" w:w="1234"/>
          </w:tcPr>
          <w:p>
            <w:r>
              <w:t>kurtosis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6.0095</w:t>
            </w:r>
          </w:p>
        </w:tc>
        <w:tc>
          <w:tcPr>
            <w:tcW w:type="dxa" w:w="1234"/>
          </w:tcPr>
          <w:p>
            <w:r>
              <w:t>1.7754</w:t>
            </w:r>
          </w:p>
        </w:tc>
        <w:tc>
          <w:tcPr>
            <w:tcW w:type="dxa" w:w="1234"/>
          </w:tcPr>
          <w:p>
            <w:r>
              <w:t>2.214</w:t>
            </w:r>
          </w:p>
        </w:tc>
        <w:tc>
          <w:tcPr>
            <w:tcW w:type="dxa" w:w="1234"/>
          </w:tcPr>
          <w:p>
            <w:r>
              <w:t>4.5455</w:t>
            </w:r>
          </w:p>
        </w:tc>
        <w:tc>
          <w:tcPr>
            <w:tcW w:type="dxa" w:w="1234"/>
          </w:tcPr>
          <w:p>
            <w:r>
              <w:t>6.049</w:t>
            </w:r>
          </w:p>
        </w:tc>
      </w:tr>
      <w:tr>
        <w:tc>
          <w:tcPr>
            <w:tcW w:type="dxa" w:w="1234"/>
          </w:tcPr>
          <w:p>
            <w:r>
              <w:t>temperature_c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65.1011</w:t>
            </w:r>
          </w:p>
        </w:tc>
        <w:tc>
          <w:tcPr>
            <w:tcW w:type="dxa" w:w="1234"/>
          </w:tcPr>
          <w:p>
            <w:r>
              <w:t>11.9081</w:t>
            </w:r>
          </w:p>
        </w:tc>
        <w:tc>
          <w:tcPr>
            <w:tcW w:type="dxa" w:w="1234"/>
          </w:tcPr>
          <w:p>
            <w:r>
              <w:t>37.9</w:t>
            </w:r>
          </w:p>
        </w:tc>
        <w:tc>
          <w:tcPr>
            <w:tcW w:type="dxa" w:w="1234"/>
          </w:tcPr>
          <w:p>
            <w:r>
              <w:t>55.2375</w:t>
            </w:r>
          </w:p>
        </w:tc>
        <w:tc>
          <w:tcPr>
            <w:tcW w:type="dxa" w:w="1234"/>
          </w:tcPr>
          <w:p>
            <w:r>
              <w:t>65.46</w:t>
            </w:r>
          </w:p>
        </w:tc>
      </w:tr>
      <w:tr>
        <w:tc>
          <w:tcPr>
            <w:tcW w:type="dxa" w:w="1234"/>
          </w:tcPr>
          <w:p>
            <w:r>
              <w:t>acoustic_khz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9.4953</w:t>
            </w:r>
          </w:p>
        </w:tc>
        <w:tc>
          <w:tcPr>
            <w:tcW w:type="dxa" w:w="1234"/>
          </w:tcPr>
          <w:p>
            <w:r>
              <w:t>4.4595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5.747</w:t>
            </w:r>
          </w:p>
        </w:tc>
        <w:tc>
          <w:tcPr>
            <w:tcW w:type="dxa" w:w="1234"/>
          </w:tcPr>
          <w:p>
            <w:r>
              <w:t>9.5995</w:t>
            </w:r>
          </w:p>
        </w:tc>
      </w:tr>
      <w:tr>
        <w:tc>
          <w:tcPr>
            <w:tcW w:type="dxa" w:w="1234"/>
          </w:tcPr>
          <w:p>
            <w:r>
              <w:t>axial_load_kn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3.4891</w:t>
            </w:r>
          </w:p>
        </w:tc>
        <w:tc>
          <w:tcPr>
            <w:tcW w:type="dxa" w:w="1234"/>
          </w:tcPr>
          <w:p>
            <w:r>
              <w:t>0.4883</w:t>
            </w:r>
          </w:p>
        </w:tc>
        <w:tc>
          <w:tcPr>
            <w:tcW w:type="dxa" w:w="1234"/>
          </w:tcPr>
          <w:p>
            <w:r>
              <w:t>1.835</w:t>
            </w:r>
          </w:p>
        </w:tc>
        <w:tc>
          <w:tcPr>
            <w:tcW w:type="dxa" w:w="1234"/>
          </w:tcPr>
          <w:p>
            <w:r>
              <w:t>3.167</w:t>
            </w:r>
          </w:p>
        </w:tc>
        <w:tc>
          <w:tcPr>
            <w:tcW w:type="dxa" w:w="1234"/>
          </w:tcPr>
          <w:p>
            <w:r>
              <w:t>3.4795</w:t>
            </w:r>
          </w:p>
        </w:tc>
      </w:tr>
      <w:tr>
        <w:tc>
          <w:tcPr>
            <w:tcW w:type="dxa" w:w="1234"/>
          </w:tcPr>
          <w:p>
            <w:r>
              <w:t>rul_hours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2646.3986</w:t>
            </w:r>
          </w:p>
        </w:tc>
        <w:tc>
          <w:tcPr>
            <w:tcW w:type="dxa" w:w="1234"/>
          </w:tcPr>
          <w:p>
            <w:r>
              <w:t>1720.9892</w:t>
            </w:r>
          </w:p>
        </w:tc>
        <w:tc>
          <w:tcPr>
            <w:tcW w:type="dxa" w:w="1234"/>
          </w:tcPr>
          <w:p>
            <w:r>
              <w:t>0.2</w:t>
            </w:r>
          </w:p>
        </w:tc>
        <w:tc>
          <w:tcPr>
            <w:tcW w:type="dxa" w:w="1234"/>
          </w:tcPr>
          <w:p>
            <w:r>
              <w:t>1303.775</w:t>
            </w:r>
          </w:p>
        </w:tc>
        <w:tc>
          <w:tcPr>
            <w:tcW w:type="dxa" w:w="1234"/>
          </w:tcPr>
          <w:p>
            <w:r>
              <w:t>2409.6</w:t>
            </w:r>
          </w:p>
        </w:tc>
      </w:tr>
      <w:tr>
        <w:tc>
          <w:tcPr>
            <w:tcW w:type="dxa" w:w="1234"/>
          </w:tcPr>
          <w:p>
            <w:r>
              <w:t>health_index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0.4991</w:t>
            </w:r>
          </w:p>
        </w:tc>
        <w:tc>
          <w:tcPr>
            <w:tcW w:type="dxa" w:w="1234"/>
          </w:tcPr>
          <w:p>
            <w:r>
              <w:t>0.287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0.266</w:t>
            </w:r>
          </w:p>
        </w:tc>
        <w:tc>
          <w:tcPr>
            <w:tcW w:type="dxa" w:w="1234"/>
          </w:tcPr>
          <w:p>
            <w:r>
              <w:t>0.4888</w:t>
            </w:r>
          </w:p>
        </w:tc>
      </w:tr>
      <w:tr>
        <w:tc>
          <w:tcPr>
            <w:tcW w:type="dxa" w:w="1234"/>
          </w:tcPr>
          <w:p>
            <w:r>
              <w:t>degradation_proxy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0.5008</w:t>
            </w:r>
          </w:p>
        </w:tc>
        <w:tc>
          <w:tcPr>
            <w:tcW w:type="dxa" w:w="1234"/>
          </w:tcPr>
          <w:p>
            <w:r>
              <w:t>0.2877</w:t>
            </w:r>
          </w:p>
        </w:tc>
        <w:tc>
          <w:tcPr>
            <w:tcW w:type="dxa" w:w="1234"/>
          </w:tcPr>
          <w:p>
            <w:r>
              <w:t>-0.0536</w:t>
            </w:r>
          </w:p>
        </w:tc>
        <w:tc>
          <w:tcPr>
            <w:tcW w:type="dxa" w:w="1234"/>
          </w:tcPr>
          <w:p>
            <w:r>
              <w:t>0.2528</w:t>
            </w:r>
          </w:p>
        </w:tc>
        <w:tc>
          <w:tcPr>
            <w:tcW w:type="dxa" w:w="1234"/>
          </w:tcPr>
          <w:p>
            <w:r>
              <w:t>0.5112</w:t>
            </w:r>
          </w:p>
        </w:tc>
      </w:tr>
      <w:tr>
        <w:tc>
          <w:tcPr>
            <w:tcW w:type="dxa" w:w="1234"/>
          </w:tcPr>
          <w:p>
            <w:r>
              <w:t>vib_x_crest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22.3097</w:t>
            </w:r>
          </w:p>
        </w:tc>
        <w:tc>
          <w:tcPr>
            <w:tcW w:type="dxa" w:w="1234"/>
          </w:tcPr>
          <w:p>
            <w:r>
              <w:t>13.5252</w:t>
            </w:r>
          </w:p>
        </w:tc>
        <w:tc>
          <w:tcPr>
            <w:tcW w:type="dxa" w:w="1234"/>
          </w:tcPr>
          <w:p>
            <w:r>
              <w:t>2.1021</w:t>
            </w:r>
          </w:p>
        </w:tc>
        <w:tc>
          <w:tcPr>
            <w:tcW w:type="dxa" w:w="1234"/>
          </w:tcPr>
          <w:p>
            <w:r>
              <w:t>10.155</w:t>
            </w:r>
          </w:p>
        </w:tc>
        <w:tc>
          <w:tcPr>
            <w:tcW w:type="dxa" w:w="1234"/>
          </w:tcPr>
          <w:p>
            <w:r>
              <w:t>20.7547</w:t>
            </w:r>
          </w:p>
        </w:tc>
      </w:tr>
      <w:tr>
        <w:tc>
          <w:tcPr>
            <w:tcW w:type="dxa" w:w="1234"/>
          </w:tcPr>
          <w:p>
            <w:r>
              <w:t>thermal_load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230.299</w:t>
            </w:r>
          </w:p>
        </w:tc>
        <w:tc>
          <w:tcPr>
            <w:tcW w:type="dxa" w:w="1234"/>
          </w:tcPr>
          <w:p>
            <w:r>
              <w:t>64.603</w:t>
            </w:r>
          </w:p>
        </w:tc>
        <w:tc>
          <w:tcPr>
            <w:tcW w:type="dxa" w:w="1234"/>
          </w:tcPr>
          <w:p>
            <w:r>
              <w:t>84.6118</w:t>
            </w:r>
          </w:p>
        </w:tc>
        <w:tc>
          <w:tcPr>
            <w:tcW w:type="dxa" w:w="1234"/>
          </w:tcPr>
          <w:p>
            <w:r>
              <w:t>179.5252</w:t>
            </w:r>
          </w:p>
        </w:tc>
        <w:tc>
          <w:tcPr>
            <w:tcW w:type="dxa" w:w="1234"/>
          </w:tcPr>
          <w:p>
            <w:r>
              <w:t>227.3949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rmse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median_ae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mape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adj_r2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explained_variance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mean_residual</w:t>
            </w:r>
          </w:p>
        </w:tc>
      </w:tr>
      <w:tr>
        <w:tc>
          <w:tcPr>
            <w:tcW w:type="dxa" w:w="720"/>
          </w:tcPr>
          <w:p>
            <w:r>
              <w:t>ExtraTrees</w:t>
            </w:r>
          </w:p>
        </w:tc>
        <w:tc>
          <w:tcPr>
            <w:tcW w:type="dxa" w:w="720"/>
          </w:tcPr>
          <w:p>
            <w:r>
              <w:t>0.9018</w:t>
            </w:r>
          </w:p>
        </w:tc>
        <w:tc>
          <w:tcPr>
            <w:tcW w:type="dxa" w:w="720"/>
          </w:tcPr>
          <w:p>
            <w:r>
              <w:t>0.017</w:t>
            </w:r>
          </w:p>
        </w:tc>
        <w:tc>
          <w:tcPr>
            <w:tcW w:type="dxa" w:w="720"/>
          </w:tcPr>
          <w:p>
            <w:r>
              <w:t>2.39</w:t>
            </w:r>
          </w:p>
        </w:tc>
        <w:tc>
          <w:tcPr>
            <w:tcW w:type="dxa" w:w="720"/>
          </w:tcPr>
          <w:p>
            <w:r>
              <w:t>414.9999</w:t>
            </w:r>
          </w:p>
        </w:tc>
        <w:tc>
          <w:tcPr>
            <w:tcW w:type="dxa" w:w="720"/>
          </w:tcPr>
          <w:p>
            <w:r>
              <w:t>275.7019</w:t>
            </w:r>
          </w:p>
        </w:tc>
        <w:tc>
          <w:tcPr>
            <w:tcW w:type="dxa" w:w="720"/>
          </w:tcPr>
          <w:p>
            <w:r>
              <w:t>172.4507</w:t>
            </w:r>
          </w:p>
        </w:tc>
        <w:tc>
          <w:tcPr>
            <w:tcW w:type="dxa" w:w="720"/>
          </w:tcPr>
          <w:p>
            <w:r>
              <w:t>23.2257</w:t>
            </w:r>
          </w:p>
        </w:tc>
        <w:tc>
          <w:tcPr>
            <w:tcW w:type="dxa" w:w="720"/>
          </w:tcPr>
          <w:p>
            <w:r>
              <w:t>0.9207</w:t>
            </w:r>
          </w:p>
        </w:tc>
        <w:tc>
          <w:tcPr>
            <w:tcW w:type="dxa" w:w="720"/>
          </w:tcPr>
          <w:p>
            <w:r>
              <w:t>0.9176</w:t>
            </w:r>
          </w:p>
        </w:tc>
        <w:tc>
          <w:tcPr>
            <w:tcW w:type="dxa" w:w="720"/>
          </w:tcPr>
          <w:p>
            <w:r>
              <w:t>0.9289</w:t>
            </w:r>
          </w:p>
        </w:tc>
        <w:tc>
          <w:tcPr>
            <w:tcW w:type="dxa" w:w="720"/>
          </w:tcPr>
          <w:p>
            <w:r>
              <w:t>-133.1397</w:t>
            </w:r>
          </w:p>
        </w:tc>
      </w:tr>
      <w:tr>
        <w:tc>
          <w:tcPr>
            <w:tcW w:type="dxa" w:w="720"/>
          </w:tcPr>
          <w:p>
            <w:r>
              <w:t>RandomForest</w:t>
            </w:r>
          </w:p>
        </w:tc>
        <w:tc>
          <w:tcPr>
            <w:tcW w:type="dxa" w:w="720"/>
          </w:tcPr>
          <w:p>
            <w:r>
              <w:t>0.8984</w:t>
            </w:r>
          </w:p>
        </w:tc>
        <w:tc>
          <w:tcPr>
            <w:tcW w:type="dxa" w:w="720"/>
          </w:tcPr>
          <w:p>
            <w:r>
              <w:t>0.0104</w:t>
            </w:r>
          </w:p>
        </w:tc>
        <w:tc>
          <w:tcPr>
            <w:tcW w:type="dxa" w:w="720"/>
          </w:tcPr>
          <w:p>
            <w:r>
              <w:t>4.72</w:t>
            </w:r>
          </w:p>
        </w:tc>
        <w:tc>
          <w:tcPr>
            <w:tcW w:type="dxa" w:w="720"/>
          </w:tcPr>
          <w:p>
            <w:r>
              <w:t>410.5039</w:t>
            </w:r>
          </w:p>
        </w:tc>
        <w:tc>
          <w:tcPr>
            <w:tcW w:type="dxa" w:w="720"/>
          </w:tcPr>
          <w:p>
            <w:r>
              <w:t>273.0131</w:t>
            </w:r>
          </w:p>
        </w:tc>
        <w:tc>
          <w:tcPr>
            <w:tcW w:type="dxa" w:w="720"/>
          </w:tcPr>
          <w:p>
            <w:r>
              <w:t>173.6093</w:t>
            </w:r>
          </w:p>
        </w:tc>
        <w:tc>
          <w:tcPr>
            <w:tcW w:type="dxa" w:w="720"/>
          </w:tcPr>
          <w:p>
            <w:r>
              <w:t>23.2583</w:t>
            </w:r>
          </w:p>
        </w:tc>
        <w:tc>
          <w:tcPr>
            <w:tcW w:type="dxa" w:w="720"/>
          </w:tcPr>
          <w:p>
            <w:r>
              <w:t>0.9224</w:t>
            </w:r>
          </w:p>
        </w:tc>
        <w:tc>
          <w:tcPr>
            <w:tcW w:type="dxa" w:w="720"/>
          </w:tcPr>
          <w:p>
            <w:r>
              <w:t>0.9194</w:t>
            </w:r>
          </w:p>
        </w:tc>
        <w:tc>
          <w:tcPr>
            <w:tcW w:type="dxa" w:w="720"/>
          </w:tcPr>
          <w:p>
            <w:r>
              <w:t>0.9308</w:t>
            </w:r>
          </w:p>
        </w:tc>
        <w:tc>
          <w:tcPr>
            <w:tcW w:type="dxa" w:w="720"/>
          </w:tcPr>
          <w:p>
            <w:r>
              <w:t>-135.0236</w:t>
            </w:r>
          </w:p>
        </w:tc>
      </w:tr>
      <w:tr>
        <w:tc>
          <w:tcPr>
            <w:tcW w:type="dxa" w:w="720"/>
          </w:tcPr>
          <w:p>
            <w:r>
              <w:t>HistGradientBoosting</w:t>
            </w:r>
          </w:p>
        </w:tc>
        <w:tc>
          <w:tcPr>
            <w:tcW w:type="dxa" w:w="720"/>
          </w:tcPr>
          <w:p>
            <w:r>
              <w:t>0.8971</w:t>
            </w:r>
          </w:p>
        </w:tc>
        <w:tc>
          <w:tcPr>
            <w:tcW w:type="dxa" w:w="720"/>
          </w:tcPr>
          <w:p>
            <w:r>
              <w:t>0.0136</w:t>
            </w:r>
          </w:p>
        </w:tc>
        <w:tc>
          <w:tcPr>
            <w:tcW w:type="dxa" w:w="720"/>
          </w:tcPr>
          <w:p>
            <w:r>
              <w:t>0.58</w:t>
            </w:r>
          </w:p>
        </w:tc>
        <w:tc>
          <w:tcPr>
            <w:tcW w:type="dxa" w:w="720"/>
          </w:tcPr>
          <w:p>
            <w:r>
              <w:t>445.7119</w:t>
            </w:r>
          </w:p>
        </w:tc>
        <w:tc>
          <w:tcPr>
            <w:tcW w:type="dxa" w:w="720"/>
          </w:tcPr>
          <w:p>
            <w:r>
              <w:t>287.6913</w:t>
            </w:r>
          </w:p>
        </w:tc>
        <w:tc>
          <w:tcPr>
            <w:tcW w:type="dxa" w:w="720"/>
          </w:tcPr>
          <w:p>
            <w:r>
              <w:t>191.9602</w:t>
            </w:r>
          </w:p>
        </w:tc>
        <w:tc>
          <w:tcPr>
            <w:tcW w:type="dxa" w:w="720"/>
          </w:tcPr>
          <w:p>
            <w:r>
              <w:t>22.3035</w:t>
            </w:r>
          </w:p>
        </w:tc>
        <w:tc>
          <w:tcPr>
            <w:tcW w:type="dxa" w:w="720"/>
          </w:tcPr>
          <w:p>
            <w:r>
              <w:t>0.9085</w:t>
            </w:r>
          </w:p>
        </w:tc>
        <w:tc>
          <w:tcPr>
            <w:tcW w:type="dxa" w:w="720"/>
          </w:tcPr>
          <w:p>
            <w:r>
              <w:t>0.905</w:t>
            </w:r>
          </w:p>
        </w:tc>
        <w:tc>
          <w:tcPr>
            <w:tcW w:type="dxa" w:w="720"/>
          </w:tcPr>
          <w:p>
            <w:r>
              <w:t>0.9163</w:t>
            </w:r>
          </w:p>
        </w:tc>
        <w:tc>
          <w:tcPr>
            <w:tcW w:type="dxa" w:w="720"/>
          </w:tcPr>
          <w:p>
            <w:r>
              <w:t>-129.7357</w:t>
            </w:r>
          </w:p>
        </w:tc>
      </w:tr>
      <w:tr>
        <w:tc>
          <w:tcPr>
            <w:tcW w:type="dxa" w:w="720"/>
          </w:tcPr>
          <w:p>
            <w:r>
              <w:t>LightGBM</w:t>
            </w:r>
          </w:p>
        </w:tc>
        <w:tc>
          <w:tcPr>
            <w:tcW w:type="dxa" w:w="720"/>
          </w:tcPr>
          <w:p>
            <w:r>
              <w:t>0.8957</w:t>
            </w:r>
          </w:p>
        </w:tc>
        <w:tc>
          <w:tcPr>
            <w:tcW w:type="dxa" w:w="720"/>
          </w:tcPr>
          <w:p>
            <w:r>
              <w:t>0.0137</w:t>
            </w:r>
          </w:p>
        </w:tc>
        <w:tc>
          <w:tcPr>
            <w:tcW w:type="dxa" w:w="720"/>
          </w:tcPr>
          <w:p>
            <w:r>
              <w:t>0.68</w:t>
            </w:r>
          </w:p>
        </w:tc>
        <w:tc>
          <w:tcPr>
            <w:tcW w:type="dxa" w:w="720"/>
          </w:tcPr>
          <w:p>
            <w:r>
              <w:t>448.8379</w:t>
            </w:r>
          </w:p>
        </w:tc>
        <w:tc>
          <w:tcPr>
            <w:tcW w:type="dxa" w:w="720"/>
          </w:tcPr>
          <w:p>
            <w:r>
              <w:t>281.889</w:t>
            </w:r>
          </w:p>
        </w:tc>
        <w:tc>
          <w:tcPr>
            <w:tcW w:type="dxa" w:w="720"/>
          </w:tcPr>
          <w:p>
            <w:r>
              <w:t>167.0922</w:t>
            </w:r>
          </w:p>
        </w:tc>
        <w:tc>
          <w:tcPr>
            <w:tcW w:type="dxa" w:w="720"/>
          </w:tcPr>
          <w:p>
            <w:r>
              <w:t>22.2918</w:t>
            </w:r>
          </w:p>
        </w:tc>
        <w:tc>
          <w:tcPr>
            <w:tcW w:type="dxa" w:w="720"/>
          </w:tcPr>
          <w:p>
            <w:r>
              <w:t>0.9073</w:t>
            </w:r>
          </w:p>
        </w:tc>
        <w:tc>
          <w:tcPr>
            <w:tcW w:type="dxa" w:w="720"/>
          </w:tcPr>
          <w:p>
            <w:r>
              <w:t>0.9036</w:t>
            </w:r>
          </w:p>
        </w:tc>
        <w:tc>
          <w:tcPr>
            <w:tcW w:type="dxa" w:w="720"/>
          </w:tcPr>
          <w:p>
            <w:r>
              <w:t>0.9147</w:t>
            </w:r>
          </w:p>
        </w:tc>
        <w:tc>
          <w:tcPr>
            <w:tcW w:type="dxa" w:w="720"/>
          </w:tcPr>
          <w:p>
            <w:r>
              <w:t>-126.836</w:t>
            </w:r>
          </w:p>
        </w:tc>
      </w:tr>
      <w:tr>
        <w:tc>
          <w:tcPr>
            <w:tcW w:type="dxa" w:w="720"/>
          </w:tcPr>
          <w:p>
            <w:r>
              <w:t>XGBoost</w:t>
            </w:r>
          </w:p>
        </w:tc>
        <w:tc>
          <w:tcPr>
            <w:tcW w:type="dxa" w:w="720"/>
          </w:tcPr>
          <w:p>
            <w:r>
              <w:t>0.8859</w:t>
            </w:r>
          </w:p>
        </w:tc>
        <w:tc>
          <w:tcPr>
            <w:tcW w:type="dxa" w:w="720"/>
          </w:tcPr>
          <w:p>
            <w:r>
              <w:t>0.0222</w:t>
            </w:r>
          </w:p>
        </w:tc>
        <w:tc>
          <w:tcPr>
            <w:tcW w:type="dxa" w:w="720"/>
          </w:tcPr>
          <w:p>
            <w:r>
              <w:t>0.49</w:t>
            </w:r>
          </w:p>
        </w:tc>
        <w:tc>
          <w:tcPr>
            <w:tcW w:type="dxa" w:w="720"/>
          </w:tcPr>
          <w:p>
            <w:r>
              <w:t>471.3382</w:t>
            </w:r>
          </w:p>
        </w:tc>
        <w:tc>
          <w:tcPr>
            <w:tcW w:type="dxa" w:w="720"/>
          </w:tcPr>
          <w:p>
            <w:r>
              <w:t>314.2835</w:t>
            </w:r>
          </w:p>
        </w:tc>
        <w:tc>
          <w:tcPr>
            <w:tcW w:type="dxa" w:w="720"/>
          </w:tcPr>
          <w:p>
            <w:r>
              <w:t>200.5474</w:t>
            </w:r>
          </w:p>
        </w:tc>
        <w:tc>
          <w:tcPr>
            <w:tcW w:type="dxa" w:w="720"/>
          </w:tcPr>
          <w:p>
            <w:r>
              <w:t>24.0257</w:t>
            </w:r>
          </w:p>
        </w:tc>
        <w:tc>
          <w:tcPr>
            <w:tcW w:type="dxa" w:w="720"/>
          </w:tcPr>
          <w:p>
            <w:r>
              <w:t>0.8977</w:t>
            </w:r>
          </w:p>
        </w:tc>
        <w:tc>
          <w:tcPr>
            <w:tcW w:type="dxa" w:w="720"/>
          </w:tcPr>
          <w:p>
            <w:r>
              <w:t>0.8937</w:t>
            </w:r>
          </w:p>
        </w:tc>
        <w:tc>
          <w:tcPr>
            <w:tcW w:type="dxa" w:w="720"/>
          </w:tcPr>
          <w:p>
            <w:r>
              <w:t>0.9051</w:t>
            </w:r>
          </w:p>
        </w:tc>
        <w:tc>
          <w:tcPr>
            <w:tcW w:type="dxa" w:w="720"/>
          </w:tcPr>
          <w:p>
            <w:r>
              <w:t>-126.2831</w:t>
            </w:r>
          </w:p>
        </w:tc>
      </w:tr>
      <w:tr>
        <w:tc>
          <w:tcPr>
            <w:tcW w:type="dxa" w:w="720"/>
          </w:tcPr>
          <w:p>
            <w:r>
              <w:t>Ridge</w:t>
            </w:r>
          </w:p>
        </w:tc>
        <w:tc>
          <w:tcPr>
            <w:tcW w:type="dxa" w:w="720"/>
          </w:tcPr>
          <w:p>
            <w:r>
              <w:t>0.8022</w:t>
            </w:r>
          </w:p>
        </w:tc>
        <w:tc>
          <w:tcPr>
            <w:tcW w:type="dxa" w:w="720"/>
          </w:tcPr>
          <w:p>
            <w:r>
              <w:t>0.0106</w:t>
            </w:r>
          </w:p>
        </w:tc>
        <w:tc>
          <w:tcPr>
            <w:tcW w:type="dxa" w:w="720"/>
          </w:tcPr>
          <w:p>
            <w:r>
              <w:t>0.02</w:t>
            </w:r>
          </w:p>
        </w:tc>
        <w:tc>
          <w:tcPr>
            <w:tcW w:type="dxa" w:w="720"/>
          </w:tcPr>
          <w:p>
            <w:r>
              <w:t>462.7949</w:t>
            </w:r>
          </w:p>
        </w:tc>
        <w:tc>
          <w:tcPr>
            <w:tcW w:type="dxa" w:w="720"/>
          </w:tcPr>
          <w:p>
            <w:r>
              <w:t>355.6653</w:t>
            </w:r>
          </w:p>
        </w:tc>
        <w:tc>
          <w:tcPr>
            <w:tcW w:type="dxa" w:w="720"/>
          </w:tcPr>
          <w:p>
            <w:r>
              <w:t>278.0794</w:t>
            </w:r>
          </w:p>
        </w:tc>
        <w:tc>
          <w:tcPr>
            <w:tcW w:type="dxa" w:w="720"/>
          </w:tcPr>
          <w:p>
            <w:r>
              <w:t>55.6765</w:t>
            </w:r>
          </w:p>
        </w:tc>
        <w:tc>
          <w:tcPr>
            <w:tcW w:type="dxa" w:w="720"/>
          </w:tcPr>
          <w:p>
            <w:r>
              <w:t>0.9014</w:t>
            </w:r>
          </w:p>
        </w:tc>
        <w:tc>
          <w:tcPr>
            <w:tcW w:type="dxa" w:w="720"/>
          </w:tcPr>
          <w:p>
            <w:r>
              <w:t>0.8975</w:t>
            </w:r>
          </w:p>
        </w:tc>
        <w:tc>
          <w:tcPr>
            <w:tcW w:type="dxa" w:w="720"/>
          </w:tcPr>
          <w:p>
            <w:r>
              <w:t>0.9064</w:t>
            </w:r>
          </w:p>
        </w:tc>
        <w:tc>
          <w:tcPr>
            <w:tcW w:type="dxa" w:w="720"/>
          </w:tcPr>
          <w:p>
            <w:r>
              <w:t>-104.2786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900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90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845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84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49503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950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9521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952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68225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pred_vs_actu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10_pred_vs_actual.png</w:t>
      </w:r>
    </w:p>
    <w:p>
      <w:r>
        <w:drawing>
          <wp:inline xmlns:a="http://schemas.openxmlformats.org/drawingml/2006/main" xmlns:pic="http://schemas.openxmlformats.org/drawingml/2006/picture">
            <wp:extent cx="5669280" cy="20107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residu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1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11_residuals.png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469464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946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279802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degradation_envelop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8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20_degradation_envelope.png</w:t>
      </w:r>
    </w:p>
    <w:p>
      <w:r>
        <w:drawing>
          <wp:inline xmlns:a="http://schemas.openxmlformats.org/drawingml/2006/main" xmlns:pic="http://schemas.openxmlformats.org/drawingml/2006/picture">
            <wp:extent cx="5669280" cy="310868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weibull_reliabilit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08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21_weibull_reliability.png</w:t>
      </w:r>
    </w:p>
    <w:p>
      <w:r>
        <w:drawing>
          <wp:inline xmlns:a="http://schemas.openxmlformats.org/drawingml/2006/main" xmlns:pic="http://schemas.openxmlformats.org/drawingml/2006/picture">
            <wp:extent cx="5669280" cy="370801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_rul_vs_health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08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22_rul_vs_health.png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APM-001</w:t>
            </w:r>
          </w:p>
        </w:tc>
        <w:tc>
          <w:tcPr>
            <w:tcW w:type="dxa" w:w="1728"/>
          </w:tcPr>
          <w:p>
            <w:r>
              <w:t>vibration_rms_mm_s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7.1</w:t>
            </w:r>
          </w:p>
        </w:tc>
        <w:tc>
          <w:tcPr>
            <w:tcW w:type="dxa" w:w="1728"/>
          </w:tcPr>
          <w:p>
            <w:r>
              <w:t>Vibration Alert (ISO Zone C/D)</w:t>
            </w:r>
          </w:p>
        </w:tc>
      </w:tr>
      <w:tr>
        <w:tc>
          <w:tcPr>
            <w:tcW w:type="dxa" w:w="1728"/>
          </w:tcPr>
          <w:p>
            <w:r>
              <w:t>APM-002</w:t>
            </w:r>
          </w:p>
        </w:tc>
        <w:tc>
          <w:tcPr>
            <w:tcW w:type="dxa" w:w="1728"/>
          </w:tcPr>
          <w:p>
            <w:r>
              <w:t>crest_factor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6.0</w:t>
            </w:r>
          </w:p>
        </w:tc>
        <w:tc>
          <w:tcPr>
            <w:tcW w:type="dxa" w:w="1728"/>
          </w:tcPr>
          <w:p>
            <w:r>
              <w:t>Bearing Distress</w:t>
            </w:r>
          </w:p>
        </w:tc>
      </w:tr>
      <w:tr>
        <w:tc>
          <w:tcPr>
            <w:tcW w:type="dxa" w:w="1728"/>
          </w:tcPr>
          <w:p>
            <w:r>
              <w:t>APM-003</w:t>
            </w:r>
          </w:p>
        </w:tc>
        <w:tc>
          <w:tcPr>
            <w:tcW w:type="dxa" w:w="1728"/>
          </w:tcPr>
          <w:p>
            <w:r>
              <w:t>temperature_c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85</w:t>
            </w:r>
          </w:p>
        </w:tc>
        <w:tc>
          <w:tcPr>
            <w:tcW w:type="dxa" w:w="1728"/>
          </w:tcPr>
          <w:p>
            <w:r>
              <w:t>Thermal Alert</w:t>
            </w:r>
          </w:p>
        </w:tc>
      </w:tr>
      <w:tr>
        <w:tc>
          <w:tcPr>
            <w:tcW w:type="dxa" w:w="1728"/>
          </w:tcPr>
          <w:p>
            <w:r>
              <w:t>APM-004</w:t>
            </w:r>
          </w:p>
        </w:tc>
        <w:tc>
          <w:tcPr>
            <w:tcW w:type="dxa" w:w="1728"/>
          </w:tcPr>
          <w:p>
            <w:r>
              <w:t>health_index</w:t>
            </w:r>
          </w:p>
        </w:tc>
        <w:tc>
          <w:tcPr>
            <w:tcW w:type="dxa" w:w="1728"/>
          </w:tcPr>
          <w:p>
            <w:r>
              <w:t>&lt;</w:t>
            </w:r>
          </w:p>
        </w:tc>
        <w:tc>
          <w:tcPr>
            <w:tcW w:type="dxa" w:w="1728"/>
          </w:tcPr>
          <w:p>
            <w:r>
              <w:t>0.3</w:t>
            </w:r>
          </w:p>
        </w:tc>
        <w:tc>
          <w:tcPr>
            <w:tcW w:type="dxa" w:w="1728"/>
          </w:tcPr>
          <w:p>
            <w:r>
              <w:t>Critical Health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