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ISM + Mechatronics: Industrial Robotic Arm Kinematics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6 - ISM + Mechatronics: Industrial Robotic Arm Kinematics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18:22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calibration_drift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51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0a594b57dad180c37173e11c7dceb22259a1e2ea7d1207e5c0ffe5a9b69c2b60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ISM + Mechatronics: Industrial Robotic Arm Kinematics</w:t>
      </w:r>
    </w:p>
    <w:p>
      <w:pPr>
        <w:pStyle w:val="ListBullet"/>
      </w:pPr>
      <w:r>
        <w:t>domain: ISM + Mechatronics: Industrial Robotic Arm Kinematics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LogisticRegression</w:t>
      </w:r>
    </w:p>
    <w:p>
      <w:pPr>
        <w:pStyle w:val="ListBullet"/>
      </w:pPr>
      <w:r>
        <w:t>accuracy: 0.8515</w:t>
      </w:r>
    </w:p>
    <w:p>
      <w:pPr>
        <w:pStyle w:val="ListBullet"/>
      </w:pPr>
      <w:r>
        <w:t>balanced_accuracy: 0.7843</w:t>
      </w:r>
    </w:p>
    <w:p>
      <w:pPr>
        <w:pStyle w:val="ListBullet"/>
      </w:pPr>
      <w:r>
        <w:t>precision_weighted: 0.8506</w:t>
      </w:r>
    </w:p>
    <w:p>
      <w:pPr>
        <w:pStyle w:val="ListBullet"/>
      </w:pPr>
      <w:r>
        <w:t>recall_weighted: 0.8515</w:t>
      </w:r>
    </w:p>
    <w:p>
      <w:pPr>
        <w:pStyle w:val="ListBullet"/>
      </w:pPr>
      <w:r>
        <w:t>f1_weighted: 0.8509</w:t>
      </w:r>
    </w:p>
    <w:p>
      <w:pPr>
        <w:pStyle w:val="ListBullet"/>
      </w:pPr>
      <w:r>
        <w:t>precision_macro: 0.8101</w:t>
      </w:r>
    </w:p>
    <w:p>
      <w:pPr>
        <w:pStyle w:val="ListBullet"/>
      </w:pPr>
      <w:r>
        <w:t>recall_macro: 0.7843</w:t>
      </w:r>
    </w:p>
    <w:p>
      <w:pPr>
        <w:pStyle w:val="ListBullet"/>
      </w:pPr>
      <w:r>
        <w:t>f1_macro: 0.7962</w:t>
      </w:r>
    </w:p>
    <w:p>
      <w:pPr>
        <w:pStyle w:val="ListBullet"/>
      </w:pPr>
      <w:r>
        <w:t>cohen_kappa: 0.7262</w:t>
      </w:r>
    </w:p>
    <w:p>
      <w:pPr>
        <w:pStyle w:val="ListBullet"/>
      </w:pPr>
      <w:r>
        <w:t>matthews_corrcoef: 0.7263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LogisticRegression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0.7923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0.8515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0.7843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0.8506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0.8515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0.8509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0.8101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0.7843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0.7962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0.7262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0.7263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51 columns from synthetic sandbox (constrained). A constrained synthetic sandbox was used when no real source was supplied.</w:t>
      </w:r>
    </w:p>
    <w:p>
      <w:r>
        <w:t>Target: calibration_drift  |  Task: classification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LogisticRegression.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backlash_error_factor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0.0514</w:t>
            </w:r>
          </w:p>
        </w:tc>
        <w:tc>
          <w:tcPr>
            <w:tcW w:type="dxa" w:w="1234"/>
          </w:tcPr>
          <w:p>
            <w:r>
              <w:t>0.019</w:t>
            </w:r>
          </w:p>
        </w:tc>
        <w:tc>
          <w:tcPr>
            <w:tcW w:type="dxa" w:w="1234"/>
          </w:tcPr>
          <w:p>
            <w:r>
              <w:t>0.003</w:t>
            </w:r>
          </w:p>
        </w:tc>
        <w:tc>
          <w:tcPr>
            <w:tcW w:type="dxa" w:w="1234"/>
          </w:tcPr>
          <w:p>
            <w:r>
              <w:t>0.0374</w:t>
            </w:r>
          </w:p>
        </w:tc>
        <w:tc>
          <w:tcPr>
            <w:tcW w:type="dxa" w:w="1234"/>
          </w:tcPr>
          <w:p>
            <w:r>
              <w:t>0.0493</w:t>
            </w:r>
          </w:p>
        </w:tc>
      </w:tr>
      <w:tr>
        <w:tc>
          <w:tcPr>
            <w:tcW w:type="dxa" w:w="1234"/>
          </w:tcPr>
          <w:p>
            <w:r>
              <w:t>end_effector_target_delta_mm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16.2004</w:t>
            </w:r>
          </w:p>
        </w:tc>
        <w:tc>
          <w:tcPr>
            <w:tcW w:type="dxa" w:w="1234"/>
          </w:tcPr>
          <w:p>
            <w:r>
              <w:t>14.0439</w:t>
            </w:r>
          </w:p>
        </w:tc>
        <w:tc>
          <w:tcPr>
            <w:tcW w:type="dxa" w:w="1234"/>
          </w:tcPr>
          <w:p>
            <w:r>
              <w:t>0.4408</w:t>
            </w:r>
          </w:p>
        </w:tc>
        <w:tc>
          <w:tcPr>
            <w:tcW w:type="dxa" w:w="1234"/>
          </w:tcPr>
          <w:p>
            <w:r>
              <w:t>6.0818</w:t>
            </w:r>
          </w:p>
        </w:tc>
        <w:tc>
          <w:tcPr>
            <w:tcW w:type="dxa" w:w="1234"/>
          </w:tcPr>
          <w:p>
            <w:r>
              <w:t>12.1642</w:t>
            </w:r>
          </w:p>
        </w:tc>
      </w:tr>
      <w:tr>
        <w:tc>
          <w:tcPr>
            <w:tcW w:type="dxa" w:w="1234"/>
          </w:tcPr>
          <w:p>
            <w:r>
              <w:t>error_x_mm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-0.6953</w:t>
            </w:r>
          </w:p>
        </w:tc>
        <w:tc>
          <w:tcPr>
            <w:tcW w:type="dxa" w:w="1234"/>
          </w:tcPr>
          <w:p>
            <w:r>
              <w:t>9.8361</w:t>
            </w:r>
          </w:p>
        </w:tc>
        <w:tc>
          <w:tcPr>
            <w:tcW w:type="dxa" w:w="1234"/>
          </w:tcPr>
          <w:p>
            <w:r>
              <w:t>-85.0014</w:t>
            </w:r>
          </w:p>
        </w:tc>
        <w:tc>
          <w:tcPr>
            <w:tcW w:type="dxa" w:w="1234"/>
          </w:tcPr>
          <w:p>
            <w:r>
              <w:t>-4.2178</w:t>
            </w:r>
          </w:p>
        </w:tc>
        <w:tc>
          <w:tcPr>
            <w:tcW w:type="dxa" w:w="1234"/>
          </w:tcPr>
          <w:p>
            <w:r>
              <w:t>-0.3153</w:t>
            </w:r>
          </w:p>
        </w:tc>
      </w:tr>
      <w:tr>
        <w:tc>
          <w:tcPr>
            <w:tcW w:type="dxa" w:w="1234"/>
          </w:tcPr>
          <w:p>
            <w:r>
              <w:t>error_y_mm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-0.0853</w:t>
            </w:r>
          </w:p>
        </w:tc>
        <w:tc>
          <w:tcPr>
            <w:tcW w:type="dxa" w:w="1234"/>
          </w:tcPr>
          <w:p>
            <w:r>
              <w:t>18.6102</w:t>
            </w:r>
          </w:p>
        </w:tc>
        <w:tc>
          <w:tcPr>
            <w:tcW w:type="dxa" w:w="1234"/>
          </w:tcPr>
          <w:p>
            <w:r>
              <w:t>-102.9257</w:t>
            </w:r>
          </w:p>
        </w:tc>
        <w:tc>
          <w:tcPr>
            <w:tcW w:type="dxa" w:w="1234"/>
          </w:tcPr>
          <w:p>
            <w:r>
              <w:t>-9.7413</w:t>
            </w:r>
          </w:p>
        </w:tc>
        <w:tc>
          <w:tcPr>
            <w:tcW w:type="dxa" w:w="1234"/>
          </w:tcPr>
          <w:p>
            <w:r>
              <w:t>-0.0587</w:t>
            </w:r>
          </w:p>
        </w:tc>
      </w:tr>
      <w:tr>
        <w:tc>
          <w:tcPr>
            <w:tcW w:type="dxa" w:w="1234"/>
          </w:tcPr>
          <w:p>
            <w:r>
              <w:t>error_z_mm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0.0451</w:t>
            </w:r>
          </w:p>
        </w:tc>
        <w:tc>
          <w:tcPr>
            <w:tcW w:type="dxa" w:w="1234"/>
          </w:tcPr>
          <w:p>
            <w:r>
              <w:t>4.0291</w:t>
            </w:r>
          </w:p>
        </w:tc>
        <w:tc>
          <w:tcPr>
            <w:tcW w:type="dxa" w:w="1234"/>
          </w:tcPr>
          <w:p>
            <w:r>
              <w:t>-18.7416</w:t>
            </w:r>
          </w:p>
        </w:tc>
        <w:tc>
          <w:tcPr>
            <w:tcW w:type="dxa" w:w="1234"/>
          </w:tcPr>
          <w:p>
            <w:r>
              <w:t>-2.1561</w:t>
            </w:r>
          </w:p>
        </w:tc>
        <w:tc>
          <w:tcPr>
            <w:tcW w:type="dxa" w:w="1234"/>
          </w:tcPr>
          <w:p>
            <w:r>
              <w:t>-0.0118</w:t>
            </w:r>
          </w:p>
        </w:tc>
      </w:tr>
      <w:tr>
        <w:tc>
          <w:tcPr>
            <w:tcW w:type="dxa" w:w="1234"/>
          </w:tcPr>
          <w:p>
            <w:r>
              <w:t>drift_magnitude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0.287</w:t>
            </w:r>
          </w:p>
        </w:tc>
        <w:tc>
          <w:tcPr>
            <w:tcW w:type="dxa" w:w="1234"/>
          </w:tcPr>
          <w:p>
            <w:r>
              <w:t>0.1538</w:t>
            </w:r>
          </w:p>
        </w:tc>
        <w:tc>
          <w:tcPr>
            <w:tcW w:type="dxa" w:w="1234"/>
          </w:tcPr>
          <w:p>
            <w:r>
              <w:t>0.0024</w:t>
            </w:r>
          </w:p>
        </w:tc>
        <w:tc>
          <w:tcPr>
            <w:tcW w:type="dxa" w:w="1234"/>
          </w:tcPr>
          <w:p>
            <w:r>
              <w:t>0.1677</w:t>
            </w:r>
          </w:p>
        </w:tc>
        <w:tc>
          <w:tcPr>
            <w:tcW w:type="dxa" w:w="1234"/>
          </w:tcPr>
          <w:p>
            <w:r>
              <w:t>0.2688</w:t>
            </w:r>
          </w:p>
        </w:tc>
      </w:tr>
      <w:tr>
        <w:tc>
          <w:tcPr>
            <w:tcW w:type="dxa" w:w="1234"/>
          </w:tcPr>
          <w:p>
            <w:r>
              <w:t>torque_j1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10.8364</w:t>
            </w:r>
          </w:p>
        </w:tc>
        <w:tc>
          <w:tcPr>
            <w:tcW w:type="dxa" w:w="1234"/>
          </w:tcPr>
          <w:p>
            <w:r>
              <w:t>4.5052</w:t>
            </w:r>
          </w:p>
        </w:tc>
        <w:tc>
          <w:tcPr>
            <w:tcW w:type="dxa" w:w="1234"/>
          </w:tcPr>
          <w:p>
            <w:r>
              <w:t>-4.357</w:t>
            </w:r>
          </w:p>
        </w:tc>
        <w:tc>
          <w:tcPr>
            <w:tcW w:type="dxa" w:w="1234"/>
          </w:tcPr>
          <w:p>
            <w:r>
              <w:t>7.3272</w:t>
            </w:r>
          </w:p>
        </w:tc>
        <w:tc>
          <w:tcPr>
            <w:tcW w:type="dxa" w:w="1234"/>
          </w:tcPr>
          <w:p>
            <w:r>
              <w:t>10.2275</w:t>
            </w:r>
          </w:p>
        </w:tc>
      </w:tr>
      <w:tr>
        <w:tc>
          <w:tcPr>
            <w:tcW w:type="dxa" w:w="1234"/>
          </w:tcPr>
          <w:p>
            <w:r>
              <w:t>current_j1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2.502</w:t>
            </w:r>
          </w:p>
        </w:tc>
        <w:tc>
          <w:tcPr>
            <w:tcW w:type="dxa" w:w="1234"/>
          </w:tcPr>
          <w:p>
            <w:r>
              <w:t>0.6779</w:t>
            </w:r>
          </w:p>
        </w:tc>
        <w:tc>
          <w:tcPr>
            <w:tcW w:type="dxa" w:w="1234"/>
          </w:tcPr>
          <w:p>
            <w:r>
              <w:t>0.472</w:t>
            </w:r>
          </w:p>
        </w:tc>
        <w:tc>
          <w:tcPr>
            <w:tcW w:type="dxa" w:w="1234"/>
          </w:tcPr>
          <w:p>
            <w:r>
              <w:t>2.0175</w:t>
            </w:r>
          </w:p>
        </w:tc>
        <w:tc>
          <w:tcPr>
            <w:tcW w:type="dxa" w:w="1234"/>
          </w:tcPr>
          <w:p>
            <w:r>
              <w:t>2.446</w:t>
            </w:r>
          </w:p>
        </w:tc>
      </w:tr>
      <w:tr>
        <w:tc>
          <w:tcPr>
            <w:tcW w:type="dxa" w:w="1234"/>
          </w:tcPr>
          <w:p>
            <w:r>
              <w:t>encoder_j1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0.0182</w:t>
            </w:r>
          </w:p>
        </w:tc>
        <w:tc>
          <w:tcPr>
            <w:tcW w:type="dxa" w:w="1234"/>
          </w:tcPr>
          <w:p>
            <w:r>
              <w:t>0.3513</w:t>
            </w:r>
          </w:p>
        </w:tc>
        <w:tc>
          <w:tcPr>
            <w:tcW w:type="dxa" w:w="1234"/>
          </w:tcPr>
          <w:p>
            <w:r>
              <w:t>-1.2169</w:t>
            </w:r>
          </w:p>
        </w:tc>
        <w:tc>
          <w:tcPr>
            <w:tcW w:type="dxa" w:w="1234"/>
          </w:tcPr>
          <w:p>
            <w:r>
              <w:t>-0.2174</w:t>
            </w:r>
          </w:p>
        </w:tc>
        <w:tc>
          <w:tcPr>
            <w:tcW w:type="dxa" w:w="1234"/>
          </w:tcPr>
          <w:p>
            <w:r>
              <w:t>0.0109</w:t>
            </w:r>
          </w:p>
        </w:tc>
      </w:tr>
      <w:tr>
        <w:tc>
          <w:tcPr>
            <w:tcW w:type="dxa" w:w="1234"/>
          </w:tcPr>
          <w:p>
            <w:r>
              <w:t>commanded_j1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0.018</w:t>
            </w:r>
          </w:p>
        </w:tc>
        <w:tc>
          <w:tcPr>
            <w:tcW w:type="dxa" w:w="1234"/>
          </w:tcPr>
          <w:p>
            <w:r>
              <w:t>0.3509</w:t>
            </w:r>
          </w:p>
        </w:tc>
        <w:tc>
          <w:tcPr>
            <w:tcW w:type="dxa" w:w="1234"/>
          </w:tcPr>
          <w:p>
            <w:r>
              <w:t>-1.2352</w:t>
            </w:r>
          </w:p>
        </w:tc>
        <w:tc>
          <w:tcPr>
            <w:tcW w:type="dxa" w:w="1234"/>
          </w:tcPr>
          <w:p>
            <w:r>
              <w:t>-0.2145</w:t>
            </w:r>
          </w:p>
        </w:tc>
        <w:tc>
          <w:tcPr>
            <w:tcW w:type="dxa" w:w="1234"/>
          </w:tcPr>
          <w:p>
            <w:r>
              <w:t>0.011</w:t>
            </w:r>
          </w:p>
        </w:tc>
      </w:tr>
      <w:tr>
        <w:tc>
          <w:tcPr>
            <w:tcW w:type="dxa" w:w="1234"/>
          </w:tcPr>
          <w:p>
            <w:r>
              <w:t>torque_j2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10.9354</w:t>
            </w:r>
          </w:p>
        </w:tc>
        <w:tc>
          <w:tcPr>
            <w:tcW w:type="dxa" w:w="1234"/>
          </w:tcPr>
          <w:p>
            <w:r>
              <w:t>4.3846</w:t>
            </w:r>
          </w:p>
        </w:tc>
        <w:tc>
          <w:tcPr>
            <w:tcW w:type="dxa" w:w="1234"/>
          </w:tcPr>
          <w:p>
            <w:r>
              <w:t>0.645</w:t>
            </w:r>
          </w:p>
        </w:tc>
        <w:tc>
          <w:tcPr>
            <w:tcW w:type="dxa" w:w="1234"/>
          </w:tcPr>
          <w:p>
            <w:r>
              <w:t>7.446</w:t>
            </w:r>
          </w:p>
        </w:tc>
        <w:tc>
          <w:tcPr>
            <w:tcW w:type="dxa" w:w="1234"/>
          </w:tcPr>
          <w:p>
            <w:r>
              <w:t>10.317</w:t>
            </w:r>
          </w:p>
        </w:tc>
      </w:tr>
      <w:tr>
        <w:tc>
          <w:tcPr>
            <w:tcW w:type="dxa" w:w="1234"/>
          </w:tcPr>
          <w:p>
            <w:r>
              <w:t>current_j2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2.5131</w:t>
            </w:r>
          </w:p>
        </w:tc>
        <w:tc>
          <w:tcPr>
            <w:tcW w:type="dxa" w:w="1234"/>
          </w:tcPr>
          <w:p>
            <w:r>
              <w:t>0.6573</w:t>
            </w:r>
          </w:p>
        </w:tc>
        <w:tc>
          <w:tcPr>
            <w:tcW w:type="dxa" w:w="1234"/>
          </w:tcPr>
          <w:p>
            <w:r>
              <w:t>0.877</w:t>
            </w:r>
          </w:p>
        </w:tc>
        <w:tc>
          <w:tcPr>
            <w:tcW w:type="dxa" w:w="1234"/>
          </w:tcPr>
          <w:p>
            <w:r>
              <w:t>2.0398</w:t>
            </w:r>
          </w:p>
        </w:tc>
        <w:tc>
          <w:tcPr>
            <w:tcW w:type="dxa" w:w="1234"/>
          </w:tcPr>
          <w:p>
            <w:r>
              <w:t>2.467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0.7923</w:t>
            </w:r>
          </w:p>
        </w:tc>
        <w:tc>
          <w:tcPr>
            <w:tcW w:type="dxa" w:w="540"/>
          </w:tcPr>
          <w:p>
            <w:r>
              <w:t>0.0413</w:t>
            </w:r>
          </w:p>
        </w:tc>
        <w:tc>
          <w:tcPr>
            <w:tcW w:type="dxa" w:w="540"/>
          </w:tcPr>
          <w:p>
            <w:r>
              <w:t>0.09</w:t>
            </w:r>
          </w:p>
        </w:tc>
        <w:tc>
          <w:tcPr>
            <w:tcW w:type="dxa" w:w="540"/>
          </w:tcPr>
          <w:p>
            <w:r>
              <w:t>0.8515</w:t>
            </w:r>
          </w:p>
        </w:tc>
        <w:tc>
          <w:tcPr>
            <w:tcW w:type="dxa" w:w="540"/>
          </w:tcPr>
          <w:p>
            <w:r>
              <w:t>0.7843</w:t>
            </w:r>
          </w:p>
        </w:tc>
        <w:tc>
          <w:tcPr>
            <w:tcW w:type="dxa" w:w="540"/>
          </w:tcPr>
          <w:p>
            <w:r>
              <w:t>0.8506</w:t>
            </w:r>
          </w:p>
        </w:tc>
        <w:tc>
          <w:tcPr>
            <w:tcW w:type="dxa" w:w="540"/>
          </w:tcPr>
          <w:p>
            <w:r>
              <w:t>0.8515</w:t>
            </w:r>
          </w:p>
        </w:tc>
        <w:tc>
          <w:tcPr>
            <w:tcW w:type="dxa" w:w="540"/>
          </w:tcPr>
          <w:p>
            <w:r>
              <w:t>0.8509</w:t>
            </w:r>
          </w:p>
        </w:tc>
        <w:tc>
          <w:tcPr>
            <w:tcW w:type="dxa" w:w="540"/>
          </w:tcPr>
          <w:p>
            <w:r>
              <w:t>0.8101</w:t>
            </w:r>
          </w:p>
        </w:tc>
        <w:tc>
          <w:tcPr>
            <w:tcW w:type="dxa" w:w="540"/>
          </w:tcPr>
          <w:p>
            <w:r>
              <w:t>0.7843</w:t>
            </w:r>
          </w:p>
        </w:tc>
        <w:tc>
          <w:tcPr>
            <w:tcW w:type="dxa" w:w="540"/>
          </w:tcPr>
          <w:p>
            <w:r>
              <w:t>0.7962</w:t>
            </w:r>
          </w:p>
        </w:tc>
        <w:tc>
          <w:tcPr>
            <w:tcW w:type="dxa" w:w="540"/>
          </w:tcPr>
          <w:p>
            <w:r>
              <w:t>0.7262</w:t>
            </w:r>
          </w:p>
        </w:tc>
        <w:tc>
          <w:tcPr>
            <w:tcW w:type="dxa" w:w="540"/>
          </w:tcPr>
          <w:p>
            <w:r>
              <w:t>0.7263</w:t>
            </w:r>
          </w:p>
        </w:tc>
        <w:tc>
          <w:tcPr>
            <w:tcW w:type="dxa" w:w="540"/>
          </w:tcPr>
          <w:p>
            <w:r>
              <w:t>0.9371</w:t>
            </w:r>
          </w:p>
        </w:tc>
        <w:tc>
          <w:tcPr>
            <w:tcW w:type="dxa" w:w="540"/>
          </w:tcPr>
          <w:p>
            <w:r>
              <w:t>0.3604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0.7886</w:t>
            </w:r>
          </w:p>
        </w:tc>
        <w:tc>
          <w:tcPr>
            <w:tcW w:type="dxa" w:w="540"/>
          </w:tcPr>
          <w:p>
            <w:r>
              <w:t>0.0527</w:t>
            </w:r>
          </w:p>
        </w:tc>
        <w:tc>
          <w:tcPr>
            <w:tcW w:type="dxa" w:w="540"/>
          </w:tcPr>
          <w:p>
            <w:r>
              <w:t>3.63</w:t>
            </w:r>
          </w:p>
        </w:tc>
        <w:tc>
          <w:tcPr>
            <w:tcW w:type="dxa" w:w="540"/>
          </w:tcPr>
          <w:p>
            <w:r>
              <w:t>0.833</w:t>
            </w:r>
          </w:p>
        </w:tc>
        <w:tc>
          <w:tcPr>
            <w:tcW w:type="dxa" w:w="540"/>
          </w:tcPr>
          <w:p>
            <w:r>
              <w:t>0.7466</w:t>
            </w:r>
          </w:p>
        </w:tc>
        <w:tc>
          <w:tcPr>
            <w:tcW w:type="dxa" w:w="540"/>
          </w:tcPr>
          <w:p>
            <w:r>
              <w:t>0.8313</w:t>
            </w:r>
          </w:p>
        </w:tc>
        <w:tc>
          <w:tcPr>
            <w:tcW w:type="dxa" w:w="540"/>
          </w:tcPr>
          <w:p>
            <w:r>
              <w:t>0.833</w:t>
            </w:r>
          </w:p>
        </w:tc>
        <w:tc>
          <w:tcPr>
            <w:tcW w:type="dxa" w:w="540"/>
          </w:tcPr>
          <w:p>
            <w:r>
              <w:t>0.8319</w:t>
            </w:r>
          </w:p>
        </w:tc>
        <w:tc>
          <w:tcPr>
            <w:tcW w:type="dxa" w:w="540"/>
          </w:tcPr>
          <w:p>
            <w:r>
              <w:t>0.7774</w:t>
            </w:r>
          </w:p>
        </w:tc>
        <w:tc>
          <w:tcPr>
            <w:tcW w:type="dxa" w:w="540"/>
          </w:tcPr>
          <w:p>
            <w:r>
              <w:t>0.7466</w:t>
            </w:r>
          </w:p>
        </w:tc>
        <w:tc>
          <w:tcPr>
            <w:tcW w:type="dxa" w:w="540"/>
          </w:tcPr>
          <w:p>
            <w:r>
              <w:t>0.7603</w:t>
            </w:r>
          </w:p>
        </w:tc>
        <w:tc>
          <w:tcPr>
            <w:tcW w:type="dxa" w:w="540"/>
          </w:tcPr>
          <w:p>
            <w:r>
              <w:t>0.6916</w:t>
            </w:r>
          </w:p>
        </w:tc>
        <w:tc>
          <w:tcPr>
            <w:tcW w:type="dxa" w:w="540"/>
          </w:tcPr>
          <w:p>
            <w:r>
              <w:t>0.6917</w:t>
            </w:r>
          </w:p>
        </w:tc>
        <w:tc>
          <w:tcPr>
            <w:tcW w:type="dxa" w:w="540"/>
          </w:tcPr>
          <w:p>
            <w:r>
              <w:t>0.9286</w:t>
            </w:r>
          </w:p>
        </w:tc>
        <w:tc>
          <w:tcPr>
            <w:tcW w:type="dxa" w:w="540"/>
          </w:tcPr>
          <w:p>
            <w:r>
              <w:t>0.579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0.7712</w:t>
            </w:r>
          </w:p>
        </w:tc>
        <w:tc>
          <w:tcPr>
            <w:tcW w:type="dxa" w:w="540"/>
          </w:tcPr>
          <w:p>
            <w:r>
              <w:t>0.0248</w:t>
            </w:r>
          </w:p>
        </w:tc>
        <w:tc>
          <w:tcPr>
            <w:tcW w:type="dxa" w:w="540"/>
          </w:tcPr>
          <w:p>
            <w:r>
              <w:t>1.8</w:t>
            </w:r>
          </w:p>
        </w:tc>
        <w:tc>
          <w:tcPr>
            <w:tcW w:type="dxa" w:w="540"/>
          </w:tcPr>
          <w:p>
            <w:r>
              <w:t>0.8247</w:t>
            </w:r>
          </w:p>
        </w:tc>
        <w:tc>
          <w:tcPr>
            <w:tcW w:type="dxa" w:w="540"/>
          </w:tcPr>
          <w:p>
            <w:r>
              <w:t>0.7536</w:t>
            </w:r>
          </w:p>
        </w:tc>
        <w:tc>
          <w:tcPr>
            <w:tcW w:type="dxa" w:w="540"/>
          </w:tcPr>
          <w:p>
            <w:r>
              <w:t>0.8238</w:t>
            </w:r>
          </w:p>
        </w:tc>
        <w:tc>
          <w:tcPr>
            <w:tcW w:type="dxa" w:w="540"/>
          </w:tcPr>
          <w:p>
            <w:r>
              <w:t>0.8247</w:t>
            </w:r>
          </w:p>
        </w:tc>
        <w:tc>
          <w:tcPr>
            <w:tcW w:type="dxa" w:w="540"/>
          </w:tcPr>
          <w:p>
            <w:r>
              <w:t>0.8239</w:t>
            </w:r>
          </w:p>
        </w:tc>
        <w:tc>
          <w:tcPr>
            <w:tcW w:type="dxa" w:w="540"/>
          </w:tcPr>
          <w:p>
            <w:r>
              <w:t>0.7768</w:t>
            </w:r>
          </w:p>
        </w:tc>
        <w:tc>
          <w:tcPr>
            <w:tcW w:type="dxa" w:w="540"/>
          </w:tcPr>
          <w:p>
            <w:r>
              <w:t>0.7536</w:t>
            </w:r>
          </w:p>
        </w:tc>
        <w:tc>
          <w:tcPr>
            <w:tcW w:type="dxa" w:w="540"/>
          </w:tcPr>
          <w:p>
            <w:r>
              <w:t>0.7641</w:t>
            </w:r>
          </w:p>
        </w:tc>
        <w:tc>
          <w:tcPr>
            <w:tcW w:type="dxa" w:w="540"/>
          </w:tcPr>
          <w:p>
            <w:r>
              <w:t>0.6772</w:t>
            </w:r>
          </w:p>
        </w:tc>
        <w:tc>
          <w:tcPr>
            <w:tcW w:type="dxa" w:w="540"/>
          </w:tcPr>
          <w:p>
            <w:r>
              <w:t>0.6776</w:t>
            </w:r>
          </w:p>
        </w:tc>
        <w:tc>
          <w:tcPr>
            <w:tcW w:type="dxa" w:w="540"/>
          </w:tcPr>
          <w:p>
            <w:r>
              <w:t>0.9241</w:t>
            </w:r>
          </w:p>
        </w:tc>
        <w:tc>
          <w:tcPr>
            <w:tcW w:type="dxa" w:w="540"/>
          </w:tcPr>
          <w:p>
            <w:r>
              <w:t>0.5881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0.7667</w:t>
            </w:r>
          </w:p>
        </w:tc>
        <w:tc>
          <w:tcPr>
            <w:tcW w:type="dxa" w:w="540"/>
          </w:tcPr>
          <w:p>
            <w:r>
              <w:t>0.0444</w:t>
            </w:r>
          </w:p>
        </w:tc>
        <w:tc>
          <w:tcPr>
            <w:tcW w:type="dxa" w:w="540"/>
          </w:tcPr>
          <w:p>
            <w:r>
              <w:t>2.64</w:t>
            </w:r>
          </w:p>
        </w:tc>
        <w:tc>
          <w:tcPr>
            <w:tcW w:type="dxa" w:w="540"/>
          </w:tcPr>
          <w:p>
            <w:r>
              <w:t>0.8289</w:t>
            </w:r>
          </w:p>
        </w:tc>
        <w:tc>
          <w:tcPr>
            <w:tcW w:type="dxa" w:w="540"/>
          </w:tcPr>
          <w:p>
            <w:r>
              <w:t>0.7059</w:t>
            </w:r>
          </w:p>
        </w:tc>
        <w:tc>
          <w:tcPr>
            <w:tcW w:type="dxa" w:w="540"/>
          </w:tcPr>
          <w:p>
            <w:r>
              <w:t>0.8258</w:t>
            </w:r>
          </w:p>
        </w:tc>
        <w:tc>
          <w:tcPr>
            <w:tcW w:type="dxa" w:w="540"/>
          </w:tcPr>
          <w:p>
            <w:r>
              <w:t>0.8289</w:t>
            </w:r>
          </w:p>
        </w:tc>
        <w:tc>
          <w:tcPr>
            <w:tcW w:type="dxa" w:w="540"/>
          </w:tcPr>
          <w:p>
            <w:r>
              <w:t>0.8262</w:t>
            </w:r>
          </w:p>
        </w:tc>
        <w:tc>
          <w:tcPr>
            <w:tcW w:type="dxa" w:w="540"/>
          </w:tcPr>
          <w:p>
            <w:r>
              <w:t>0.7665</w:t>
            </w:r>
          </w:p>
        </w:tc>
        <w:tc>
          <w:tcPr>
            <w:tcW w:type="dxa" w:w="540"/>
          </w:tcPr>
          <w:p>
            <w:r>
              <w:t>0.7059</w:t>
            </w:r>
          </w:p>
        </w:tc>
        <w:tc>
          <w:tcPr>
            <w:tcW w:type="dxa" w:w="540"/>
          </w:tcPr>
          <w:p>
            <w:r>
              <w:t>0.7292</w:t>
            </w:r>
          </w:p>
        </w:tc>
        <w:tc>
          <w:tcPr>
            <w:tcW w:type="dxa" w:w="540"/>
          </w:tcPr>
          <w:p>
            <w:r>
              <w:t>0.6814</w:t>
            </w:r>
          </w:p>
        </w:tc>
        <w:tc>
          <w:tcPr>
            <w:tcW w:type="dxa" w:w="540"/>
          </w:tcPr>
          <w:p>
            <w:r>
              <w:t>0.6819</w:t>
            </w:r>
          </w:p>
        </w:tc>
        <w:tc>
          <w:tcPr>
            <w:tcW w:type="dxa" w:w="540"/>
          </w:tcPr>
          <w:p>
            <w:r>
              <w:t>0.9231</w:t>
            </w:r>
          </w:p>
        </w:tc>
        <w:tc>
          <w:tcPr>
            <w:tcW w:type="dxa" w:w="540"/>
          </w:tcPr>
          <w:p>
            <w:r>
              <w:t>0.4215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0.7579</w:t>
            </w:r>
          </w:p>
        </w:tc>
        <w:tc>
          <w:tcPr>
            <w:tcW w:type="dxa" w:w="540"/>
          </w:tcPr>
          <w:p>
            <w:r>
              <w:t>0.0701</w:t>
            </w:r>
          </w:p>
        </w:tc>
        <w:tc>
          <w:tcPr>
            <w:tcW w:type="dxa" w:w="540"/>
          </w:tcPr>
          <w:p>
            <w:r>
              <w:t>2.79</w:t>
            </w:r>
          </w:p>
        </w:tc>
        <w:tc>
          <w:tcPr>
            <w:tcW w:type="dxa" w:w="540"/>
          </w:tcPr>
          <w:p>
            <w:r>
              <w:t>0.8289</w:t>
            </w:r>
          </w:p>
        </w:tc>
        <w:tc>
          <w:tcPr>
            <w:tcW w:type="dxa" w:w="540"/>
          </w:tcPr>
          <w:p>
            <w:r>
              <w:t>0.7687</w:t>
            </w:r>
          </w:p>
        </w:tc>
        <w:tc>
          <w:tcPr>
            <w:tcW w:type="dxa" w:w="540"/>
          </w:tcPr>
          <w:p>
            <w:r>
              <w:t>0.8282</w:t>
            </w:r>
          </w:p>
        </w:tc>
        <w:tc>
          <w:tcPr>
            <w:tcW w:type="dxa" w:w="540"/>
          </w:tcPr>
          <w:p>
            <w:r>
              <w:t>0.8289</w:t>
            </w:r>
          </w:p>
        </w:tc>
        <w:tc>
          <w:tcPr>
            <w:tcW w:type="dxa" w:w="540"/>
          </w:tcPr>
          <w:p>
            <w:r>
              <w:t>0.8283</w:t>
            </w:r>
          </w:p>
        </w:tc>
        <w:tc>
          <w:tcPr>
            <w:tcW w:type="dxa" w:w="540"/>
          </w:tcPr>
          <w:p>
            <w:r>
              <w:t>0.7845</w:t>
            </w:r>
          </w:p>
        </w:tc>
        <w:tc>
          <w:tcPr>
            <w:tcW w:type="dxa" w:w="540"/>
          </w:tcPr>
          <w:p>
            <w:r>
              <w:t>0.7687</w:t>
            </w:r>
          </w:p>
        </w:tc>
        <w:tc>
          <w:tcPr>
            <w:tcW w:type="dxa" w:w="540"/>
          </w:tcPr>
          <w:p>
            <w:r>
              <w:t>0.7761</w:t>
            </w:r>
          </w:p>
        </w:tc>
        <w:tc>
          <w:tcPr>
            <w:tcW w:type="dxa" w:w="540"/>
          </w:tcPr>
          <w:p>
            <w:r>
              <w:t>0.6851</w:t>
            </w:r>
          </w:p>
        </w:tc>
        <w:tc>
          <w:tcPr>
            <w:tcW w:type="dxa" w:w="540"/>
          </w:tcPr>
          <w:p>
            <w:r>
              <w:t>0.6853</w:t>
            </w:r>
          </w:p>
        </w:tc>
        <w:tc>
          <w:tcPr>
            <w:tcW w:type="dxa" w:w="540"/>
          </w:tcPr>
          <w:p>
            <w:r>
              <w:t>0.9264</w:t>
            </w:r>
          </w:p>
        </w:tc>
        <w:tc>
          <w:tcPr>
            <w:tcW w:type="dxa" w:w="540"/>
          </w:tcPr>
          <w:p>
            <w:r>
              <w:t>0.7498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0.7196</w:t>
            </w:r>
          </w:p>
        </w:tc>
        <w:tc>
          <w:tcPr>
            <w:tcW w:type="dxa" w:w="540"/>
          </w:tcPr>
          <w:p>
            <w:r>
              <w:t>0.0484</w:t>
            </w:r>
          </w:p>
        </w:tc>
        <w:tc>
          <w:tcPr>
            <w:tcW w:type="dxa" w:w="540"/>
          </w:tcPr>
          <w:p>
            <w:r>
              <w:t>1.44</w:t>
            </w:r>
          </w:p>
        </w:tc>
        <w:tc>
          <w:tcPr>
            <w:tcW w:type="dxa" w:w="540"/>
          </w:tcPr>
          <w:p>
            <w:r>
              <w:t>0.8206</w:t>
            </w:r>
          </w:p>
        </w:tc>
        <w:tc>
          <w:tcPr>
            <w:tcW w:type="dxa" w:w="540"/>
          </w:tcPr>
          <w:p>
            <w:r>
              <w:t>0.7126</w:t>
            </w:r>
          </w:p>
        </w:tc>
        <w:tc>
          <w:tcPr>
            <w:tcW w:type="dxa" w:w="540"/>
          </w:tcPr>
          <w:p>
            <w:r>
              <w:t>0.82</w:t>
            </w:r>
          </w:p>
        </w:tc>
        <w:tc>
          <w:tcPr>
            <w:tcW w:type="dxa" w:w="540"/>
          </w:tcPr>
          <w:p>
            <w:r>
              <w:t>0.8206</w:t>
            </w:r>
          </w:p>
        </w:tc>
        <w:tc>
          <w:tcPr>
            <w:tcW w:type="dxa" w:w="540"/>
          </w:tcPr>
          <w:p>
            <w:r>
              <w:t>0.8181</w:t>
            </w:r>
          </w:p>
        </w:tc>
        <w:tc>
          <w:tcPr>
            <w:tcW w:type="dxa" w:w="540"/>
          </w:tcPr>
          <w:p>
            <w:r>
              <w:t>0.8101</w:t>
            </w:r>
          </w:p>
        </w:tc>
        <w:tc>
          <w:tcPr>
            <w:tcW w:type="dxa" w:w="540"/>
          </w:tcPr>
          <w:p>
            <w:r>
              <w:t>0.7126</w:t>
            </w:r>
          </w:p>
        </w:tc>
        <w:tc>
          <w:tcPr>
            <w:tcW w:type="dxa" w:w="540"/>
          </w:tcPr>
          <w:p>
            <w:r>
              <w:t>0.7469</w:t>
            </w:r>
          </w:p>
        </w:tc>
        <w:tc>
          <w:tcPr>
            <w:tcW w:type="dxa" w:w="540"/>
          </w:tcPr>
          <w:p>
            <w:r>
              <w:t>0.6652</w:t>
            </w:r>
          </w:p>
        </w:tc>
        <w:tc>
          <w:tcPr>
            <w:tcW w:type="dxa" w:w="540"/>
          </w:tcPr>
          <w:p>
            <w:r>
              <w:t>0.6657</w:t>
            </w:r>
          </w:p>
        </w:tc>
        <w:tc>
          <w:tcPr>
            <w:tcW w:type="dxa" w:w="540"/>
          </w:tcPr>
          <w:p>
            <w:r>
              <w:t>0.9217</w:t>
            </w:r>
          </w:p>
        </w:tc>
        <w:tc>
          <w:tcPr>
            <w:tcW w:type="dxa" w:w="540"/>
          </w:tcPr>
          <w:p>
            <w:r>
              <w:t>0.4458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0.7857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One or more gates failed - hold deployment and review.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12261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1226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06972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69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509341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spatial_deviation_3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093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20_spatial_deviation_3d.png</w:t>
      </w:r>
    </w:p>
    <w:p>
      <w:r>
        <w:drawing>
          <wp:inline xmlns:a="http://schemas.openxmlformats.org/drawingml/2006/main" xmlns:pic="http://schemas.openxmlformats.org/drawingml/2006/picture">
            <wp:extent cx="5669280" cy="260615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joint_telemetr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061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21_joint_telemetry.png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CAL-001</w:t>
            </w:r>
          </w:p>
        </w:tc>
        <w:tc>
          <w:tcPr>
            <w:tcW w:type="dxa" w:w="1728"/>
          </w:tcPr>
          <w:p>
            <w:r>
              <w:t>backlash_error_factor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0.08</w:t>
            </w:r>
          </w:p>
        </w:tc>
        <w:tc>
          <w:tcPr>
            <w:tcW w:type="dxa" w:w="1728"/>
          </w:tcPr>
          <w:p>
            <w:r>
              <w:t>SIGNIFICANT DRIFT</w:t>
            </w:r>
          </w:p>
        </w:tc>
      </w:tr>
      <w:tr>
        <w:tc>
          <w:tcPr>
            <w:tcW w:type="dxa" w:w="1728"/>
          </w:tcPr>
          <w:p>
            <w:r>
              <w:t>CAL-002</w:t>
            </w:r>
          </w:p>
        </w:tc>
        <w:tc>
          <w:tcPr>
            <w:tcW w:type="dxa" w:w="1728"/>
          </w:tcPr>
          <w:p>
            <w:r>
              <w:t>mahalanobis_distance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6.0</w:t>
            </w:r>
          </w:p>
        </w:tc>
        <w:tc>
          <w:tcPr>
            <w:tcW w:type="dxa" w:w="1728"/>
          </w:tcPr>
          <w:p>
            <w:r>
              <w:t>MINOR DRIFT</w:t>
            </w:r>
          </w:p>
        </w:tc>
      </w:tr>
      <w:tr>
        <w:tc>
          <w:tcPr>
            <w:tcW w:type="dxa" w:w="1728"/>
          </w:tcPr>
          <w:p>
            <w:r>
              <w:t>CAL-003</w:t>
            </w:r>
          </w:p>
        </w:tc>
        <w:tc>
          <w:tcPr>
            <w:tcW w:type="dxa" w:w="1728"/>
          </w:tcPr>
          <w:p>
            <w:r>
              <w:t>end_effector_target_delta_mm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12.0</w:t>
            </w:r>
          </w:p>
        </w:tc>
        <w:tc>
          <w:tcPr>
            <w:tcW w:type="dxa" w:w="1728"/>
          </w:tcPr>
          <w:p>
            <w:r>
              <w:t>SIGNIFICANT DRIFT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