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Mechanical Engineering: Predictive Maintenance &amp; Vibration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4 - Mechanical Engineering: Predictive Maintenance &amp; Vibration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2026-10-08 18:22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failure_type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2000 x 36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69732d1fef320a9ba2074c9e5f475346be29aff9b644ece578df88e30a066a46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Mechanical Engineering: Predictive Maintenance &amp; Vibration</w:t>
      </w:r>
    </w:p>
    <w:p>
      <w:pPr>
        <w:pStyle w:val="ListBullet"/>
      </w:pPr>
      <w:r>
        <w:t>domain: Mechanical Engineering: Predictive Maintenance &amp; Vibration</w:t>
      </w:r>
    </w:p>
    <w:p>
      <w:pPr>
        <w:pStyle w:val="ListBullet"/>
      </w:pPr>
      <w:r>
        <w:t>task: classification</w:t>
      </w:r>
    </w:p>
    <w:p>
      <w:pPr>
        <w:pStyle w:val="ListBullet"/>
      </w:pPr>
      <w:r>
        <w:t>best_model: LightGBM</w:t>
      </w:r>
    </w:p>
    <w:p>
      <w:pPr>
        <w:pStyle w:val="ListBullet"/>
      </w:pPr>
      <w:r>
        <w:t>accuracy: 0.9924</w:t>
      </w:r>
    </w:p>
    <w:p>
      <w:pPr>
        <w:pStyle w:val="ListBullet"/>
      </w:pPr>
      <w:r>
        <w:t>balanced_accuracy: 0.8883</w:t>
      </w:r>
    </w:p>
    <w:p>
      <w:pPr>
        <w:pStyle w:val="ListBullet"/>
      </w:pPr>
      <w:r>
        <w:t>precision_weighted: 0.9926</w:t>
      </w:r>
    </w:p>
    <w:p>
      <w:pPr>
        <w:pStyle w:val="ListBullet"/>
      </w:pPr>
      <w:r>
        <w:t>recall_weighted: 0.9924</w:t>
      </w:r>
    </w:p>
    <w:p>
      <w:pPr>
        <w:pStyle w:val="ListBullet"/>
      </w:pPr>
      <w:r>
        <w:t>f1_weighted: 0.9912</w:t>
      </w:r>
    </w:p>
    <w:p>
      <w:pPr>
        <w:pStyle w:val="ListBullet"/>
      </w:pPr>
      <w:r>
        <w:t>precision_macro: 0.9862</w:t>
      </w:r>
    </w:p>
    <w:p>
      <w:pPr>
        <w:pStyle w:val="ListBullet"/>
      </w:pPr>
      <w:r>
        <w:t>recall_macro: 0.8883</w:t>
      </w:r>
    </w:p>
    <w:p>
      <w:pPr>
        <w:pStyle w:val="ListBullet"/>
      </w:pPr>
      <w:r>
        <w:t>f1_macro: 0.9093</w:t>
      </w:r>
    </w:p>
    <w:p>
      <w:pPr>
        <w:pStyle w:val="ListBullet"/>
      </w:pPr>
      <w:r>
        <w:t>cohen_kappa: 0.9825</w:t>
      </w:r>
    </w:p>
    <w:p>
      <w:pPr>
        <w:pStyle w:val="ListBullet"/>
      </w:pPr>
      <w:r>
        <w:t>matthews_corrcoef: 0.9825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LightGBM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f1_macro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0.9487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0.9924</w:t>
            </w:r>
          </w:p>
        </w:tc>
      </w:tr>
      <w:tr>
        <w:tc>
          <w:tcPr>
            <w:tcW w:type="dxa" w:w="4320"/>
          </w:tcPr>
          <w:p>
            <w:r>
              <w:t>balanced_accuracy</w:t>
            </w:r>
          </w:p>
        </w:tc>
        <w:tc>
          <w:tcPr>
            <w:tcW w:type="dxa" w:w="4320"/>
          </w:tcPr>
          <w:p>
            <w:r>
              <w:t>0.8883</w:t>
            </w:r>
          </w:p>
        </w:tc>
      </w:tr>
      <w:tr>
        <w:tc>
          <w:tcPr>
            <w:tcW w:type="dxa" w:w="4320"/>
          </w:tcPr>
          <w:p>
            <w:r>
              <w:t>precision_weighted</w:t>
            </w:r>
          </w:p>
        </w:tc>
        <w:tc>
          <w:tcPr>
            <w:tcW w:type="dxa" w:w="4320"/>
          </w:tcPr>
          <w:p>
            <w:r>
              <w:t>0.9926</w:t>
            </w:r>
          </w:p>
        </w:tc>
      </w:tr>
      <w:tr>
        <w:tc>
          <w:tcPr>
            <w:tcW w:type="dxa" w:w="4320"/>
          </w:tcPr>
          <w:p>
            <w:r>
              <w:t>recall_weighted</w:t>
            </w:r>
          </w:p>
        </w:tc>
        <w:tc>
          <w:tcPr>
            <w:tcW w:type="dxa" w:w="4320"/>
          </w:tcPr>
          <w:p>
            <w:r>
              <w:t>0.9924</w:t>
            </w:r>
          </w:p>
        </w:tc>
      </w:tr>
      <w:tr>
        <w:tc>
          <w:tcPr>
            <w:tcW w:type="dxa" w:w="4320"/>
          </w:tcPr>
          <w:p>
            <w:r>
              <w:t>f1_weighted</w:t>
            </w:r>
          </w:p>
        </w:tc>
        <w:tc>
          <w:tcPr>
            <w:tcW w:type="dxa" w:w="4320"/>
          </w:tcPr>
          <w:p>
            <w:r>
              <w:t>0.9912</w:t>
            </w:r>
          </w:p>
        </w:tc>
      </w:tr>
      <w:tr>
        <w:tc>
          <w:tcPr>
            <w:tcW w:type="dxa" w:w="4320"/>
          </w:tcPr>
          <w:p>
            <w:r>
              <w:t>precision_macro</w:t>
            </w:r>
          </w:p>
        </w:tc>
        <w:tc>
          <w:tcPr>
            <w:tcW w:type="dxa" w:w="4320"/>
          </w:tcPr>
          <w:p>
            <w:r>
              <w:t>0.9862</w:t>
            </w:r>
          </w:p>
        </w:tc>
      </w:tr>
      <w:tr>
        <w:tc>
          <w:tcPr>
            <w:tcW w:type="dxa" w:w="4320"/>
          </w:tcPr>
          <w:p>
            <w:r>
              <w:t>recall_macro</w:t>
            </w:r>
          </w:p>
        </w:tc>
        <w:tc>
          <w:tcPr>
            <w:tcW w:type="dxa" w:w="4320"/>
          </w:tcPr>
          <w:p>
            <w:r>
              <w:t>0.8883</w:t>
            </w:r>
          </w:p>
        </w:tc>
      </w:tr>
      <w:tr>
        <w:tc>
          <w:tcPr>
            <w:tcW w:type="dxa" w:w="4320"/>
          </w:tcPr>
          <w:p>
            <w:r>
              <w:t>f1_macro</w:t>
            </w:r>
          </w:p>
        </w:tc>
        <w:tc>
          <w:tcPr>
            <w:tcW w:type="dxa" w:w="4320"/>
          </w:tcPr>
          <w:p>
            <w:r>
              <w:t>0.9093</w:t>
            </w:r>
          </w:p>
        </w:tc>
      </w:tr>
      <w:tr>
        <w:tc>
          <w:tcPr>
            <w:tcW w:type="dxa" w:w="4320"/>
          </w:tcPr>
          <w:p>
            <w:r>
              <w:t>cohen_kappa</w:t>
            </w:r>
          </w:p>
        </w:tc>
        <w:tc>
          <w:tcPr>
            <w:tcW w:type="dxa" w:w="4320"/>
          </w:tcPr>
          <w:p>
            <w:r>
              <w:t>0.9825</w:t>
            </w:r>
          </w:p>
        </w:tc>
      </w:tr>
      <w:tr>
        <w:tc>
          <w:tcPr>
            <w:tcW w:type="dxa" w:w="4320"/>
          </w:tcPr>
          <w:p>
            <w:r>
              <w:t>matthews_corrcoef</w:t>
            </w:r>
          </w:p>
        </w:tc>
        <w:tc>
          <w:tcPr>
            <w:tcW w:type="dxa" w:w="4320"/>
          </w:tcPr>
          <w:p>
            <w:r>
              <w:t>0.9825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2000 records across 36 columns from synthetic sandbox (constrained). A constrained synthetic sandbox was used when no real source was supplied.</w:t>
      </w:r>
    </w:p>
    <w:p>
      <w:r>
        <w:t>Target: failure_type  |  Task: classification  |  Split strategy: group.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f1_macro: LightGBM.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runtime_hours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5926.205</w:t>
            </w:r>
          </w:p>
        </w:tc>
        <w:tc>
          <w:tcPr>
            <w:tcW w:type="dxa" w:w="1234"/>
          </w:tcPr>
          <w:p>
            <w:r>
              <w:t>3471.9892</w:t>
            </w:r>
          </w:p>
        </w:tc>
        <w:tc>
          <w:tcPr>
            <w:tcW w:type="dxa" w:w="1234"/>
          </w:tcPr>
          <w:p>
            <w:r>
              <w:t>7.7</w:t>
            </w:r>
          </w:p>
        </w:tc>
        <w:tc>
          <w:tcPr>
            <w:tcW w:type="dxa" w:w="1234"/>
          </w:tcPr>
          <w:p>
            <w:r>
              <w:t>2949.925</w:t>
            </w:r>
          </w:p>
        </w:tc>
        <w:tc>
          <w:tcPr>
            <w:tcW w:type="dxa" w:w="1234"/>
          </w:tcPr>
          <w:p>
            <w:r>
              <w:t>5946.15</w:t>
            </w:r>
          </w:p>
        </w:tc>
      </w:tr>
      <w:tr>
        <w:tc>
          <w:tcPr>
            <w:tcW w:type="dxa" w:w="1234"/>
          </w:tcPr>
          <w:p>
            <w:r>
              <w:t>rotational_speed_rpm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1487.8699</w:t>
            </w:r>
          </w:p>
        </w:tc>
        <w:tc>
          <w:tcPr>
            <w:tcW w:type="dxa" w:w="1234"/>
          </w:tcPr>
          <w:p>
            <w:r>
              <w:t>220.4501</w:t>
            </w:r>
          </w:p>
        </w:tc>
        <w:tc>
          <w:tcPr>
            <w:tcW w:type="dxa" w:w="1234"/>
          </w:tcPr>
          <w:p>
            <w:r>
              <w:t>697.3</w:t>
            </w:r>
          </w:p>
        </w:tc>
        <w:tc>
          <w:tcPr>
            <w:tcW w:type="dxa" w:w="1234"/>
          </w:tcPr>
          <w:p>
            <w:r>
              <w:t>1341.6</w:t>
            </w:r>
          </w:p>
        </w:tc>
        <w:tc>
          <w:tcPr>
            <w:tcW w:type="dxa" w:w="1234"/>
          </w:tcPr>
          <w:p>
            <w:r>
              <w:t>1495.05</w:t>
            </w:r>
          </w:p>
        </w:tc>
      </w:tr>
      <w:tr>
        <w:tc>
          <w:tcPr>
            <w:tcW w:type="dxa" w:w="1234"/>
          </w:tcPr>
          <w:p>
            <w:r>
              <w:t>axial_load_kn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3.2366</w:t>
            </w:r>
          </w:p>
        </w:tc>
        <w:tc>
          <w:tcPr>
            <w:tcW w:type="dxa" w:w="1234"/>
          </w:tcPr>
          <w:p>
            <w:r>
              <w:t>1.1743</w:t>
            </w:r>
          </w:p>
        </w:tc>
        <w:tc>
          <w:tcPr>
            <w:tcW w:type="dxa" w:w="1234"/>
          </w:tcPr>
          <w:p>
            <w:r>
              <w:t>0.02</w:t>
            </w:r>
          </w:p>
        </w:tc>
        <w:tc>
          <w:tcPr>
            <w:tcW w:type="dxa" w:w="1234"/>
          </w:tcPr>
          <w:p>
            <w:r>
              <w:t>2.4032</w:t>
            </w:r>
          </w:p>
        </w:tc>
        <w:tc>
          <w:tcPr>
            <w:tcW w:type="dxa" w:w="1234"/>
          </w:tcPr>
          <w:p>
            <w:r>
              <w:t>3.231</w:t>
            </w:r>
          </w:p>
        </w:tc>
      </w:tr>
      <w:tr>
        <w:tc>
          <w:tcPr>
            <w:tcW w:type="dxa" w:w="1234"/>
          </w:tcPr>
          <w:p>
            <w:r>
              <w:t>temperature_c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63.8897</w:t>
            </w:r>
          </w:p>
        </w:tc>
        <w:tc>
          <w:tcPr>
            <w:tcW w:type="dxa" w:w="1234"/>
          </w:tcPr>
          <w:p>
            <w:r>
              <w:t>13.8961</w:t>
            </w:r>
          </w:p>
        </w:tc>
        <w:tc>
          <w:tcPr>
            <w:tcW w:type="dxa" w:w="1234"/>
          </w:tcPr>
          <w:p>
            <w:r>
              <w:t>26.76</w:t>
            </w:r>
          </w:p>
        </w:tc>
        <w:tc>
          <w:tcPr>
            <w:tcW w:type="dxa" w:w="1234"/>
          </w:tcPr>
          <w:p>
            <w:r>
              <w:t>53.7975</w:t>
            </w:r>
          </w:p>
        </w:tc>
        <w:tc>
          <w:tcPr>
            <w:tcW w:type="dxa" w:w="1234"/>
          </w:tcPr>
          <w:p>
            <w:r>
              <w:t>62.945</w:t>
            </w:r>
          </w:p>
        </w:tc>
      </w:tr>
      <w:tr>
        <w:tc>
          <w:tcPr>
            <w:tcW w:type="dxa" w:w="1234"/>
          </w:tcPr>
          <w:p>
            <w:r>
              <w:t>acoustic_khz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9.6907</w:t>
            </w:r>
          </w:p>
        </w:tc>
        <w:tc>
          <w:tcPr>
            <w:tcW w:type="dxa" w:w="1234"/>
          </w:tcPr>
          <w:p>
            <w:r>
              <w:t>5.2147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5.6242</w:t>
            </w:r>
          </w:p>
        </w:tc>
        <w:tc>
          <w:tcPr>
            <w:tcW w:type="dxa" w:w="1234"/>
          </w:tcPr>
          <w:p>
            <w:r>
              <w:t>9.3345</w:t>
            </w:r>
          </w:p>
        </w:tc>
      </w:tr>
      <w:tr>
        <w:tc>
          <w:tcPr>
            <w:tcW w:type="dxa" w:w="1234"/>
          </w:tcPr>
          <w:p>
            <w:r>
              <w:t>vib_x_rms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3.5866</w:t>
            </w:r>
          </w:p>
        </w:tc>
        <w:tc>
          <w:tcPr>
            <w:tcW w:type="dxa" w:w="1234"/>
          </w:tcPr>
          <w:p>
            <w:r>
              <w:t>1.7337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2.1863</w:t>
            </w:r>
          </w:p>
        </w:tc>
        <w:tc>
          <w:tcPr>
            <w:tcW w:type="dxa" w:w="1234"/>
          </w:tcPr>
          <w:p>
            <w:r>
              <w:t>3.481</w:t>
            </w:r>
          </w:p>
        </w:tc>
      </w:tr>
      <w:tr>
        <w:tc>
          <w:tcPr>
            <w:tcW w:type="dxa" w:w="1234"/>
          </w:tcPr>
          <w:p>
            <w:r>
              <w:t>vib_y_rms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2.5374</w:t>
            </w:r>
          </w:p>
        </w:tc>
        <w:tc>
          <w:tcPr>
            <w:tcW w:type="dxa" w:w="1234"/>
          </w:tcPr>
          <w:p>
            <w:r>
              <w:t>1.1039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1.72</w:t>
            </w:r>
          </w:p>
        </w:tc>
        <w:tc>
          <w:tcPr>
            <w:tcW w:type="dxa" w:w="1234"/>
          </w:tcPr>
          <w:p>
            <w:r>
              <w:t>2.5</w:t>
            </w:r>
          </w:p>
        </w:tc>
      </w:tr>
      <w:tr>
        <w:tc>
          <w:tcPr>
            <w:tcW w:type="dxa" w:w="1234"/>
          </w:tcPr>
          <w:p>
            <w:r>
              <w:t>vib_z_rms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3.7482</w:t>
            </w:r>
          </w:p>
        </w:tc>
        <w:tc>
          <w:tcPr>
            <w:tcW w:type="dxa" w:w="1234"/>
          </w:tcPr>
          <w:p>
            <w:r>
              <w:t>1.8508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2.2838</w:t>
            </w:r>
          </w:p>
        </w:tc>
        <w:tc>
          <w:tcPr>
            <w:tcW w:type="dxa" w:w="1234"/>
          </w:tcPr>
          <w:p>
            <w:r>
              <w:t>3.6465</w:t>
            </w:r>
          </w:p>
        </w:tc>
      </w:tr>
      <w:tr>
        <w:tc>
          <w:tcPr>
            <w:tcW w:type="dxa" w:w="1234"/>
          </w:tcPr>
          <w:p>
            <w:r>
              <w:t>vib_rms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3.3866</w:t>
            </w:r>
          </w:p>
        </w:tc>
        <w:tc>
          <w:tcPr>
            <w:tcW w:type="dxa" w:w="1234"/>
          </w:tcPr>
          <w:p>
            <w:r>
              <w:t>1.4826</w:t>
            </w:r>
          </w:p>
        </w:tc>
        <w:tc>
          <w:tcPr>
            <w:tcW w:type="dxa" w:w="1234"/>
          </w:tcPr>
          <w:p>
            <w:r>
              <w:t>0.195</w:t>
            </w:r>
          </w:p>
        </w:tc>
        <w:tc>
          <w:tcPr>
            <w:tcW w:type="dxa" w:w="1234"/>
          </w:tcPr>
          <w:p>
            <w:r>
              <w:t>2.1588</w:t>
            </w:r>
          </w:p>
        </w:tc>
        <w:tc>
          <w:tcPr>
            <w:tcW w:type="dxa" w:w="1234"/>
          </w:tcPr>
          <w:p>
            <w:r>
              <w:t>3.2685</w:t>
            </w:r>
          </w:p>
        </w:tc>
      </w:tr>
      <w:tr>
        <w:tc>
          <w:tcPr>
            <w:tcW w:type="dxa" w:w="1234"/>
          </w:tcPr>
          <w:p>
            <w:r>
              <w:t>vib_peak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17.5678</w:t>
            </w:r>
          </w:p>
        </w:tc>
        <w:tc>
          <w:tcPr>
            <w:tcW w:type="dxa" w:w="1234"/>
          </w:tcPr>
          <w:p>
            <w:r>
              <w:t>11.2952</w:t>
            </w:r>
          </w:p>
        </w:tc>
        <w:tc>
          <w:tcPr>
            <w:tcW w:type="dxa" w:w="1234"/>
          </w:tcPr>
          <w:p>
            <w:r>
              <w:t>0.881</w:t>
            </w:r>
          </w:p>
        </w:tc>
        <w:tc>
          <w:tcPr>
            <w:tcW w:type="dxa" w:w="1234"/>
          </w:tcPr>
          <w:p>
            <w:r>
              <w:t>7.9755</w:t>
            </w:r>
          </w:p>
        </w:tc>
        <w:tc>
          <w:tcPr>
            <w:tcW w:type="dxa" w:w="1234"/>
          </w:tcPr>
          <w:p>
            <w:r>
              <w:t>15.1755</w:t>
            </w:r>
          </w:p>
        </w:tc>
      </w:tr>
      <w:tr>
        <w:tc>
          <w:tcPr>
            <w:tcW w:type="dxa" w:w="1234"/>
          </w:tcPr>
          <w:p>
            <w:r>
              <w:t>vib_crest_factor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4.7267</w:t>
            </w:r>
          </w:p>
        </w:tc>
        <w:tc>
          <w:tcPr>
            <w:tcW w:type="dxa" w:w="1234"/>
          </w:tcPr>
          <w:p>
            <w:r>
              <w:t>1.1975</w:t>
            </w:r>
          </w:p>
        </w:tc>
        <w:tc>
          <w:tcPr>
            <w:tcW w:type="dxa" w:w="1234"/>
          </w:tcPr>
          <w:p>
            <w:r>
              <w:t>1.626</w:t>
            </w:r>
          </w:p>
        </w:tc>
        <w:tc>
          <w:tcPr>
            <w:tcW w:type="dxa" w:w="1234"/>
          </w:tcPr>
          <w:p>
            <w:r>
              <w:t>3.7712</w:t>
            </w:r>
          </w:p>
        </w:tc>
        <w:tc>
          <w:tcPr>
            <w:tcW w:type="dxa" w:w="1234"/>
          </w:tcPr>
          <w:p>
            <w:r>
              <w:t>4.6735</w:t>
            </w:r>
          </w:p>
        </w:tc>
      </w:tr>
      <w:tr>
        <w:tc>
          <w:tcPr>
            <w:tcW w:type="dxa" w:w="1234"/>
          </w:tcPr>
          <w:p>
            <w:r>
              <w:t>vib_kurtosis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5.6168</w:t>
            </w:r>
          </w:p>
        </w:tc>
        <w:tc>
          <w:tcPr>
            <w:tcW w:type="dxa" w:w="1234"/>
          </w:tcPr>
          <w:p>
            <w:r>
              <w:t>1.7898</w:t>
            </w:r>
          </w:p>
        </w:tc>
        <w:tc>
          <w:tcPr>
            <w:tcW w:type="dxa" w:w="1234"/>
          </w:tcPr>
          <w:p>
            <w:r>
              <w:t>1.014</w:t>
            </w:r>
          </w:p>
        </w:tc>
        <w:tc>
          <w:tcPr>
            <w:tcW w:type="dxa" w:w="1234"/>
          </w:tcPr>
          <w:p>
            <w:r>
              <w:t>4.2432</w:t>
            </w:r>
          </w:p>
        </w:tc>
        <w:tc>
          <w:tcPr>
            <w:tcW w:type="dxa" w:w="1234"/>
          </w:tcPr>
          <w:p>
            <w:r>
              <w:t>5.467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balanced_accuracy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f1_weighted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precision_macro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recall_macro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f1_macro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cohen_kappa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matthews_corrcoef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roc_auc</w:t>
            </w:r>
          </w:p>
        </w:tc>
        <w:tc>
          <w:tcPr>
            <w:tcW w:type="dxa" w:w="540"/>
            <w:shd w:val="clear" w:color="auto" w:fill="4B46FA"/>
          </w:tcPr>
          <w:p>
            <w:r>
              <w:rPr>
                <w:b/>
                <w:color w:val="FBFBFD"/>
              </w:rPr>
              <w:t>log_loss</w:t>
            </w:r>
          </w:p>
        </w:tc>
      </w:tr>
      <w:tr>
        <w:tc>
          <w:tcPr>
            <w:tcW w:type="dxa" w:w="540"/>
          </w:tcPr>
          <w:p>
            <w:r>
              <w:t>LightGBM</w:t>
            </w:r>
          </w:p>
        </w:tc>
        <w:tc>
          <w:tcPr>
            <w:tcW w:type="dxa" w:w="540"/>
          </w:tcPr>
          <w:p>
            <w:r>
              <w:t>0.9487</w:t>
            </w:r>
          </w:p>
        </w:tc>
        <w:tc>
          <w:tcPr>
            <w:tcW w:type="dxa" w:w="540"/>
          </w:tcPr>
          <w:p>
            <w:r>
              <w:t>0.0394</w:t>
            </w:r>
          </w:p>
        </w:tc>
        <w:tc>
          <w:tcPr>
            <w:tcW w:type="dxa" w:w="540"/>
          </w:tcPr>
          <w:p>
            <w:r>
              <w:t>2.66</w:t>
            </w:r>
          </w:p>
        </w:tc>
        <w:tc>
          <w:tcPr>
            <w:tcW w:type="dxa" w:w="540"/>
          </w:tcPr>
          <w:p>
            <w:r>
              <w:t>0.9924</w:t>
            </w:r>
          </w:p>
        </w:tc>
        <w:tc>
          <w:tcPr>
            <w:tcW w:type="dxa" w:w="540"/>
          </w:tcPr>
          <w:p>
            <w:r>
              <w:t>0.8883</w:t>
            </w:r>
          </w:p>
        </w:tc>
        <w:tc>
          <w:tcPr>
            <w:tcW w:type="dxa" w:w="540"/>
          </w:tcPr>
          <w:p>
            <w:r>
              <w:t>0.9926</w:t>
            </w:r>
          </w:p>
        </w:tc>
        <w:tc>
          <w:tcPr>
            <w:tcW w:type="dxa" w:w="540"/>
          </w:tcPr>
          <w:p>
            <w:r>
              <w:t>0.9924</w:t>
            </w:r>
          </w:p>
        </w:tc>
        <w:tc>
          <w:tcPr>
            <w:tcW w:type="dxa" w:w="540"/>
          </w:tcPr>
          <w:p>
            <w:r>
              <w:t>0.9912</w:t>
            </w:r>
          </w:p>
        </w:tc>
        <w:tc>
          <w:tcPr>
            <w:tcW w:type="dxa" w:w="540"/>
          </w:tcPr>
          <w:p>
            <w:r>
              <w:t>0.9862</w:t>
            </w:r>
          </w:p>
        </w:tc>
        <w:tc>
          <w:tcPr>
            <w:tcW w:type="dxa" w:w="540"/>
          </w:tcPr>
          <w:p>
            <w:r>
              <w:t>0.8883</w:t>
            </w:r>
          </w:p>
        </w:tc>
        <w:tc>
          <w:tcPr>
            <w:tcW w:type="dxa" w:w="540"/>
          </w:tcPr>
          <w:p>
            <w:r>
              <w:t>0.9093</w:t>
            </w:r>
          </w:p>
        </w:tc>
        <w:tc>
          <w:tcPr>
            <w:tcW w:type="dxa" w:w="540"/>
          </w:tcPr>
          <w:p>
            <w:r>
              <w:t>0.9825</w:t>
            </w:r>
          </w:p>
        </w:tc>
        <w:tc>
          <w:tcPr>
            <w:tcW w:type="dxa" w:w="540"/>
          </w:tcPr>
          <w:p>
            <w:r>
              <w:t>0.9825</w:t>
            </w:r>
          </w:p>
        </w:tc>
        <w:tc>
          <w:tcPr>
            <w:tcW w:type="dxa" w:w="540"/>
          </w:tcPr>
          <w:p>
            <w:r>
              <w:t>0.9996</w:t>
            </w:r>
          </w:p>
        </w:tc>
        <w:tc>
          <w:tcPr>
            <w:tcW w:type="dxa" w:w="540"/>
          </w:tcPr>
          <w:p>
            <w:r>
              <w:t>0.0831</w:t>
            </w:r>
          </w:p>
        </w:tc>
      </w:tr>
      <w:tr>
        <w:tc>
          <w:tcPr>
            <w:tcW w:type="dxa" w:w="540"/>
          </w:tcPr>
          <w:p>
            <w:r>
              <w:t>XGBoost</w:t>
            </w:r>
          </w:p>
        </w:tc>
        <w:tc>
          <w:tcPr>
            <w:tcW w:type="dxa" w:w="540"/>
          </w:tcPr>
          <w:p>
            <w:r>
              <w:t>0.9484</w:t>
            </w:r>
          </w:p>
        </w:tc>
        <w:tc>
          <w:tcPr>
            <w:tcW w:type="dxa" w:w="540"/>
          </w:tcPr>
          <w:p>
            <w:r>
              <w:t>0.0409</w:t>
            </w:r>
          </w:p>
        </w:tc>
        <w:tc>
          <w:tcPr>
            <w:tcW w:type="dxa" w:w="540"/>
          </w:tcPr>
          <w:p>
            <w:r>
              <w:t>0.68</w:t>
            </w:r>
          </w:p>
        </w:tc>
        <w:tc>
          <w:tcPr>
            <w:tcW w:type="dxa" w:w="540"/>
          </w:tcPr>
          <w:p>
            <w:r>
              <w:t>0.9898</w:t>
            </w:r>
          </w:p>
        </w:tc>
        <w:tc>
          <w:tcPr>
            <w:tcW w:type="dxa" w:w="540"/>
          </w:tcPr>
          <w:p>
            <w:r>
              <w:t>0.886</w:t>
            </w:r>
          </w:p>
        </w:tc>
        <w:tc>
          <w:tcPr>
            <w:tcW w:type="dxa" w:w="540"/>
          </w:tcPr>
          <w:p>
            <w:r>
              <w:t>0.9903</w:t>
            </w:r>
          </w:p>
        </w:tc>
        <w:tc>
          <w:tcPr>
            <w:tcW w:type="dxa" w:w="540"/>
          </w:tcPr>
          <w:p>
            <w:r>
              <w:t>0.9898</w:t>
            </w:r>
          </w:p>
        </w:tc>
        <w:tc>
          <w:tcPr>
            <w:tcW w:type="dxa" w:w="540"/>
          </w:tcPr>
          <w:p>
            <w:r>
              <w:t>0.9887</w:t>
            </w:r>
          </w:p>
        </w:tc>
        <w:tc>
          <w:tcPr>
            <w:tcW w:type="dxa" w:w="540"/>
          </w:tcPr>
          <w:p>
            <w:r>
              <w:t>0.9677</w:t>
            </w:r>
          </w:p>
        </w:tc>
        <w:tc>
          <w:tcPr>
            <w:tcW w:type="dxa" w:w="540"/>
          </w:tcPr>
          <w:p>
            <w:r>
              <w:t>0.886</w:t>
            </w:r>
          </w:p>
        </w:tc>
        <w:tc>
          <w:tcPr>
            <w:tcW w:type="dxa" w:w="540"/>
          </w:tcPr>
          <w:p>
            <w:r>
              <w:t>0.8984</w:t>
            </w:r>
          </w:p>
        </w:tc>
        <w:tc>
          <w:tcPr>
            <w:tcW w:type="dxa" w:w="540"/>
          </w:tcPr>
          <w:p>
            <w:r>
              <w:t>0.9766</w:t>
            </w:r>
          </w:p>
        </w:tc>
        <w:tc>
          <w:tcPr>
            <w:tcW w:type="dxa" w:w="540"/>
          </w:tcPr>
          <w:p>
            <w:r>
              <w:t>0.9767</w:t>
            </w:r>
          </w:p>
        </w:tc>
        <w:tc>
          <w:tcPr>
            <w:tcW w:type="dxa" w:w="540"/>
          </w:tcPr>
          <w:p>
            <w:r>
              <w:t>0.9998</w:t>
            </w:r>
          </w:p>
        </w:tc>
        <w:tc>
          <w:tcPr>
            <w:tcW w:type="dxa" w:w="540"/>
          </w:tcPr>
          <w:p>
            <w:r>
              <w:t>0.045</w:t>
            </w:r>
          </w:p>
        </w:tc>
      </w:tr>
      <w:tr>
        <w:tc>
          <w:tcPr>
            <w:tcW w:type="dxa" w:w="540"/>
          </w:tcPr>
          <w:p>
            <w:r>
              <w:t>HistGradientBoosting</w:t>
            </w:r>
          </w:p>
        </w:tc>
        <w:tc>
          <w:tcPr>
            <w:tcW w:type="dxa" w:w="540"/>
          </w:tcPr>
          <w:p>
            <w:r>
              <w:t>0.946</w:t>
            </w:r>
          </w:p>
        </w:tc>
        <w:tc>
          <w:tcPr>
            <w:tcW w:type="dxa" w:w="540"/>
          </w:tcPr>
          <w:p>
            <w:r>
              <w:t>0.0394</w:t>
            </w:r>
          </w:p>
        </w:tc>
        <w:tc>
          <w:tcPr>
            <w:tcW w:type="dxa" w:w="540"/>
          </w:tcPr>
          <w:p>
            <w:r>
              <w:t>2.26</w:t>
            </w:r>
          </w:p>
        </w:tc>
        <w:tc>
          <w:tcPr>
            <w:tcW w:type="dxa" w:w="540"/>
          </w:tcPr>
          <w:p>
            <w:r>
              <w:t>0.9949</w:t>
            </w:r>
          </w:p>
        </w:tc>
        <w:tc>
          <w:tcPr>
            <w:tcW w:type="dxa" w:w="540"/>
          </w:tcPr>
          <w:p>
            <w:r>
              <w:t>0.8889</w:t>
            </w:r>
          </w:p>
        </w:tc>
        <w:tc>
          <w:tcPr>
            <w:tcW w:type="dxa" w:w="540"/>
          </w:tcPr>
          <w:p>
            <w:r>
              <w:t>0.995</w:t>
            </w:r>
          </w:p>
        </w:tc>
        <w:tc>
          <w:tcPr>
            <w:tcW w:type="dxa" w:w="540"/>
          </w:tcPr>
          <w:p>
            <w:r>
              <w:t>0.9949</w:t>
            </w:r>
          </w:p>
        </w:tc>
        <w:tc>
          <w:tcPr>
            <w:tcW w:type="dxa" w:w="540"/>
          </w:tcPr>
          <w:p>
            <w:r>
              <w:t>0.9937</w:t>
            </w:r>
          </w:p>
        </w:tc>
        <w:tc>
          <w:tcPr>
            <w:tcW w:type="dxa" w:w="540"/>
          </w:tcPr>
          <w:p>
            <w:r>
              <w:t>0.9955</w:t>
            </w:r>
          </w:p>
        </w:tc>
        <w:tc>
          <w:tcPr>
            <w:tcW w:type="dxa" w:w="540"/>
          </w:tcPr>
          <w:p>
            <w:r>
              <w:t>0.8889</w:t>
            </w:r>
          </w:p>
        </w:tc>
        <w:tc>
          <w:tcPr>
            <w:tcW w:type="dxa" w:w="540"/>
          </w:tcPr>
          <w:p>
            <w:r>
              <w:t>0.9144</w:t>
            </w:r>
          </w:p>
        </w:tc>
        <w:tc>
          <w:tcPr>
            <w:tcW w:type="dxa" w:w="540"/>
          </w:tcPr>
          <w:p>
            <w:r>
              <w:t>0.9883</w:t>
            </w:r>
          </w:p>
        </w:tc>
        <w:tc>
          <w:tcPr>
            <w:tcW w:type="dxa" w:w="540"/>
          </w:tcPr>
          <w:p>
            <w:r>
              <w:t>0.9883</w:t>
            </w:r>
          </w:p>
        </w:tc>
        <w:tc>
          <w:tcPr>
            <w:tcW w:type="dxa" w:w="540"/>
          </w:tcPr>
          <w:p>
            <w:r>
              <w:t>0.9999</w:t>
            </w:r>
          </w:p>
        </w:tc>
        <w:tc>
          <w:tcPr>
            <w:tcW w:type="dxa" w:w="540"/>
          </w:tcPr>
          <w:p>
            <w:r>
              <w:t>0.0562</w:t>
            </w:r>
          </w:p>
        </w:tc>
      </w:tr>
      <w:tr>
        <w:tc>
          <w:tcPr>
            <w:tcW w:type="dxa" w:w="540"/>
          </w:tcPr>
          <w:p>
            <w:r>
              <w:t>RandomForest</w:t>
            </w:r>
          </w:p>
        </w:tc>
        <w:tc>
          <w:tcPr>
            <w:tcW w:type="dxa" w:w="540"/>
          </w:tcPr>
          <w:p>
            <w:r>
              <w:t>0.8989</w:t>
            </w:r>
          </w:p>
        </w:tc>
        <w:tc>
          <w:tcPr>
            <w:tcW w:type="dxa" w:w="540"/>
          </w:tcPr>
          <w:p>
            <w:r>
              <w:t>0.0372</w:t>
            </w:r>
          </w:p>
        </w:tc>
        <w:tc>
          <w:tcPr>
            <w:tcW w:type="dxa" w:w="540"/>
          </w:tcPr>
          <w:p>
            <w:r>
              <w:t>2.07</w:t>
            </w:r>
          </w:p>
        </w:tc>
        <w:tc>
          <w:tcPr>
            <w:tcW w:type="dxa" w:w="540"/>
          </w:tcPr>
          <w:p>
            <w:r>
              <w:t>0.9796</w:t>
            </w:r>
          </w:p>
        </w:tc>
        <w:tc>
          <w:tcPr>
            <w:tcW w:type="dxa" w:w="540"/>
          </w:tcPr>
          <w:p>
            <w:r>
              <w:t>0.8767</w:t>
            </w:r>
          </w:p>
        </w:tc>
        <w:tc>
          <w:tcPr>
            <w:tcW w:type="dxa" w:w="540"/>
          </w:tcPr>
          <w:p>
            <w:r>
              <w:t>0.9847</w:t>
            </w:r>
          </w:p>
        </w:tc>
        <w:tc>
          <w:tcPr>
            <w:tcW w:type="dxa" w:w="540"/>
          </w:tcPr>
          <w:p>
            <w:r>
              <w:t>0.9796</w:t>
            </w:r>
          </w:p>
        </w:tc>
        <w:tc>
          <w:tcPr>
            <w:tcW w:type="dxa" w:w="540"/>
          </w:tcPr>
          <w:p>
            <w:r>
              <w:t>0.9797</w:t>
            </w:r>
          </w:p>
        </w:tc>
        <w:tc>
          <w:tcPr>
            <w:tcW w:type="dxa" w:w="540"/>
          </w:tcPr>
          <w:p>
            <w:r>
              <w:t>0.9255</w:t>
            </w:r>
          </w:p>
        </w:tc>
        <w:tc>
          <w:tcPr>
            <w:tcW w:type="dxa" w:w="540"/>
          </w:tcPr>
          <w:p>
            <w:r>
              <w:t>0.8767</w:t>
            </w:r>
          </w:p>
        </w:tc>
        <w:tc>
          <w:tcPr>
            <w:tcW w:type="dxa" w:w="540"/>
          </w:tcPr>
          <w:p>
            <w:r>
              <w:t>0.8654</w:t>
            </w:r>
          </w:p>
        </w:tc>
        <w:tc>
          <w:tcPr>
            <w:tcW w:type="dxa" w:w="540"/>
          </w:tcPr>
          <w:p>
            <w:r>
              <w:t>0.9531</w:t>
            </w:r>
          </w:p>
        </w:tc>
        <w:tc>
          <w:tcPr>
            <w:tcW w:type="dxa" w:w="540"/>
          </w:tcPr>
          <w:p>
            <w:r>
              <w:t>0.9535</w:t>
            </w:r>
          </w:p>
        </w:tc>
        <w:tc>
          <w:tcPr>
            <w:tcW w:type="dxa" w:w="540"/>
          </w:tcPr>
          <w:p>
            <w:r>
              <w:t>0.9996</w:t>
            </w:r>
          </w:p>
        </w:tc>
        <w:tc>
          <w:tcPr>
            <w:tcW w:type="dxa" w:w="540"/>
          </w:tcPr>
          <w:p>
            <w:r>
              <w:t>0.0941</w:t>
            </w:r>
          </w:p>
        </w:tc>
      </w:tr>
      <w:tr>
        <w:tc>
          <w:tcPr>
            <w:tcW w:type="dxa" w:w="540"/>
          </w:tcPr>
          <w:p>
            <w:r>
              <w:t>ExtraTrees</w:t>
            </w:r>
          </w:p>
        </w:tc>
        <w:tc>
          <w:tcPr>
            <w:tcW w:type="dxa" w:w="540"/>
          </w:tcPr>
          <w:p>
            <w:r>
              <w:t>0.7257</w:t>
            </w:r>
          </w:p>
        </w:tc>
        <w:tc>
          <w:tcPr>
            <w:tcW w:type="dxa" w:w="540"/>
          </w:tcPr>
          <w:p>
            <w:r>
              <w:t>0.0778</w:t>
            </w:r>
          </w:p>
        </w:tc>
        <w:tc>
          <w:tcPr>
            <w:tcW w:type="dxa" w:w="540"/>
          </w:tcPr>
          <w:p>
            <w:r>
              <w:t>1.15</w:t>
            </w:r>
          </w:p>
        </w:tc>
        <w:tc>
          <w:tcPr>
            <w:tcW w:type="dxa" w:w="540"/>
          </w:tcPr>
          <w:p>
            <w:r>
              <w:t>0.9567</w:t>
            </w:r>
          </w:p>
        </w:tc>
        <w:tc>
          <w:tcPr>
            <w:tcW w:type="dxa" w:w="540"/>
          </w:tcPr>
          <w:p>
            <w:r>
              <w:t>0.7165</w:t>
            </w:r>
          </w:p>
        </w:tc>
        <w:tc>
          <w:tcPr>
            <w:tcW w:type="dxa" w:w="540"/>
          </w:tcPr>
          <w:p>
            <w:r>
              <w:t>0.9515</w:t>
            </w:r>
          </w:p>
        </w:tc>
        <w:tc>
          <w:tcPr>
            <w:tcW w:type="dxa" w:w="540"/>
          </w:tcPr>
          <w:p>
            <w:r>
              <w:t>0.9567</w:t>
            </w:r>
          </w:p>
        </w:tc>
        <w:tc>
          <w:tcPr>
            <w:tcW w:type="dxa" w:w="540"/>
          </w:tcPr>
          <w:p>
            <w:r>
              <w:t>0.9522</w:t>
            </w:r>
          </w:p>
        </w:tc>
        <w:tc>
          <w:tcPr>
            <w:tcW w:type="dxa" w:w="540"/>
          </w:tcPr>
          <w:p>
            <w:r>
              <w:t>0.7441</w:t>
            </w:r>
          </w:p>
        </w:tc>
        <w:tc>
          <w:tcPr>
            <w:tcW w:type="dxa" w:w="540"/>
          </w:tcPr>
          <w:p>
            <w:r>
              <w:t>0.7165</w:t>
            </w:r>
          </w:p>
        </w:tc>
        <w:tc>
          <w:tcPr>
            <w:tcW w:type="dxa" w:w="540"/>
          </w:tcPr>
          <w:p>
            <w:r>
              <w:t>0.7184</w:t>
            </w:r>
          </w:p>
        </w:tc>
        <w:tc>
          <w:tcPr>
            <w:tcW w:type="dxa" w:w="540"/>
          </w:tcPr>
          <w:p>
            <w:r>
              <w:t>0.8973</w:t>
            </w:r>
          </w:p>
        </w:tc>
        <w:tc>
          <w:tcPr>
            <w:tcW w:type="dxa" w:w="540"/>
          </w:tcPr>
          <w:p>
            <w:r>
              <w:t>0.8986</w:t>
            </w:r>
          </w:p>
        </w:tc>
        <w:tc>
          <w:tcPr>
            <w:tcW w:type="dxa" w:w="540"/>
          </w:tcPr>
          <w:p>
            <w:r>
              <w:t>0.9972</w:t>
            </w:r>
          </w:p>
        </w:tc>
        <w:tc>
          <w:tcPr>
            <w:tcW w:type="dxa" w:w="540"/>
          </w:tcPr>
          <w:p>
            <w:r>
              <w:t>0.1715</w:t>
            </w:r>
          </w:p>
        </w:tc>
      </w:tr>
      <w:tr>
        <w:tc>
          <w:tcPr>
            <w:tcW w:type="dxa" w:w="540"/>
          </w:tcPr>
          <w:p>
            <w:r>
              <w:t>LogisticRegression</w:t>
            </w:r>
          </w:p>
        </w:tc>
        <w:tc>
          <w:tcPr>
            <w:tcW w:type="dxa" w:w="540"/>
          </w:tcPr>
          <w:p>
            <w:r>
              <w:t>0.7226</w:t>
            </w:r>
          </w:p>
        </w:tc>
        <w:tc>
          <w:tcPr>
            <w:tcW w:type="dxa" w:w="540"/>
          </w:tcPr>
          <w:p>
            <w:r>
              <w:t>0.0476</w:t>
            </w:r>
          </w:p>
        </w:tc>
        <w:tc>
          <w:tcPr>
            <w:tcW w:type="dxa" w:w="540"/>
          </w:tcPr>
          <w:p>
            <w:r>
              <w:t>0.1</w:t>
            </w:r>
          </w:p>
        </w:tc>
        <w:tc>
          <w:tcPr>
            <w:tcW w:type="dxa" w:w="540"/>
          </w:tcPr>
          <w:p>
            <w:r>
              <w:t>0.9517</w:t>
            </w:r>
          </w:p>
        </w:tc>
        <w:tc>
          <w:tcPr>
            <w:tcW w:type="dxa" w:w="540"/>
          </w:tcPr>
          <w:p>
            <w:r>
              <w:t>0.7298</w:t>
            </w:r>
          </w:p>
        </w:tc>
        <w:tc>
          <w:tcPr>
            <w:tcW w:type="dxa" w:w="540"/>
          </w:tcPr>
          <w:p>
            <w:r>
              <w:t>0.9506</w:t>
            </w:r>
          </w:p>
        </w:tc>
        <w:tc>
          <w:tcPr>
            <w:tcW w:type="dxa" w:w="540"/>
          </w:tcPr>
          <w:p>
            <w:r>
              <w:t>0.9517</w:t>
            </w:r>
          </w:p>
        </w:tc>
        <w:tc>
          <w:tcPr>
            <w:tcW w:type="dxa" w:w="540"/>
          </w:tcPr>
          <w:p>
            <w:r>
              <w:t>0.9492</w:t>
            </w:r>
          </w:p>
        </w:tc>
        <w:tc>
          <w:tcPr>
            <w:tcW w:type="dxa" w:w="540"/>
          </w:tcPr>
          <w:p>
            <w:r>
              <w:t>0.8707</w:t>
            </w:r>
          </w:p>
        </w:tc>
        <w:tc>
          <w:tcPr>
            <w:tcW w:type="dxa" w:w="540"/>
          </w:tcPr>
          <w:p>
            <w:r>
              <w:t>0.7298</w:t>
            </w:r>
          </w:p>
        </w:tc>
        <w:tc>
          <w:tcPr>
            <w:tcW w:type="dxa" w:w="540"/>
          </w:tcPr>
          <w:p>
            <w:r>
              <w:t>0.7702</w:t>
            </w:r>
          </w:p>
        </w:tc>
        <w:tc>
          <w:tcPr>
            <w:tcW w:type="dxa" w:w="540"/>
          </w:tcPr>
          <w:p>
            <w:r>
              <w:t>0.8859</w:t>
            </w:r>
          </w:p>
        </w:tc>
        <w:tc>
          <w:tcPr>
            <w:tcW w:type="dxa" w:w="540"/>
          </w:tcPr>
          <w:p>
            <w:r>
              <w:t>0.8865</w:t>
            </w:r>
          </w:p>
        </w:tc>
        <w:tc>
          <w:tcPr>
            <w:tcW w:type="dxa" w:w="540"/>
          </w:tcPr>
          <w:p>
            <w:r>
              <w:t>0.9965</w:t>
            </w:r>
          </w:p>
        </w:tc>
        <w:tc>
          <w:tcPr>
            <w:tcW w:type="dxa" w:w="540"/>
          </w:tcPr>
          <w:p>
            <w:r>
              <w:t>0.1556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0.9459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All gates satisfied - safe to proceed with human oversight.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8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8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1023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102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59636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18897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44028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confus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4402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10_confusion.png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9636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3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r>
        <w:drawing>
          <wp:inline xmlns:a="http://schemas.openxmlformats.org/drawingml/2006/main" xmlns:pic="http://schemas.openxmlformats.org/drawingml/2006/picture">
            <wp:extent cx="5669280" cy="331306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_vibration_waterfall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130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20_vibration_waterfall.png</w:t>
      </w:r>
    </w:p>
    <w:p>
      <w:r>
        <w:drawing>
          <wp:inline xmlns:a="http://schemas.openxmlformats.org/drawingml/2006/main" xmlns:pic="http://schemas.openxmlformats.org/drawingml/2006/picture">
            <wp:extent cx="5669280" cy="279233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_degradation_curve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7923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21_degradation_curves.png</w:t>
      </w:r>
    </w:p>
    <w:p>
      <w:pPr>
        <w:pStyle w:val="Heading1"/>
      </w:pPr>
      <w:r>
        <w:rPr>
          <w:rFonts w:ascii="Calibri" w:hAnsi="Calibri"/>
          <w:color w:val="4B46FA"/>
        </w:rPr>
        <w:t>Domain Rules &amp; Explainable Ground Truth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rule_id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operator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threshold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label</w:t>
            </w:r>
          </w:p>
        </w:tc>
      </w:tr>
      <w:tr>
        <w:tc>
          <w:tcPr>
            <w:tcW w:type="dxa" w:w="1728"/>
          </w:tcPr>
          <w:p>
            <w:r>
              <w:t>PM-001</w:t>
            </w:r>
          </w:p>
        </w:tc>
        <w:tc>
          <w:tcPr>
            <w:tcW w:type="dxa" w:w="1728"/>
          </w:tcPr>
          <w:p>
            <w:r>
              <w:t>temperature_c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85</w:t>
            </w:r>
          </w:p>
        </w:tc>
        <w:tc>
          <w:tcPr>
            <w:tcW w:type="dxa" w:w="1728"/>
          </w:tcPr>
          <w:p>
            <w:r>
              <w:t>OVERHEAT</w:t>
            </w:r>
          </w:p>
        </w:tc>
      </w:tr>
      <w:tr>
        <w:tc>
          <w:tcPr>
            <w:tcW w:type="dxa" w:w="1728"/>
          </w:tcPr>
          <w:p>
            <w:r>
              <w:t>PM-002</w:t>
            </w:r>
          </w:p>
        </w:tc>
        <w:tc>
          <w:tcPr>
            <w:tcW w:type="dxa" w:w="1728"/>
          </w:tcPr>
          <w:p>
            <w:r>
              <w:t>crest_factor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6.0</w:t>
            </w:r>
          </w:p>
        </w:tc>
        <w:tc>
          <w:tcPr>
            <w:tcW w:type="dxa" w:w="1728"/>
          </w:tcPr>
          <w:p>
            <w:r>
              <w:t>BEARING</w:t>
            </w:r>
          </w:p>
        </w:tc>
      </w:tr>
      <w:tr>
        <w:tc>
          <w:tcPr>
            <w:tcW w:type="dxa" w:w="1728"/>
          </w:tcPr>
          <w:p>
            <w:r>
              <w:t>PM-003</w:t>
            </w:r>
          </w:p>
        </w:tc>
        <w:tc>
          <w:tcPr>
            <w:tcW w:type="dxa" w:w="1728"/>
          </w:tcPr>
          <w:p>
            <w:r>
              <w:t>vib_x_rms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IMBALANCE</w:t>
            </w:r>
          </w:p>
        </w:tc>
      </w:tr>
      <w:tr>
        <w:tc>
          <w:tcPr>
            <w:tcW w:type="dxa" w:w="1728"/>
          </w:tcPr>
          <w:p>
            <w:r>
              <w:t>PM-004</w:t>
            </w:r>
          </w:p>
        </w:tc>
        <w:tc>
          <w:tcPr>
            <w:tcW w:type="dxa" w:w="1728"/>
          </w:tcPr>
          <w:p>
            <w:r>
              <w:t>vib_z_rms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MISALIGNMENT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