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Credit Card Fraud - Full Dataset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 - Generic / Auto-detect (any tabular dataset)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2026-10-09 03:48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Class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kaggle/archive/creditcard.csv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284807 x 31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22df805a5309162805d53129d433c2660f1cf39b81117c0bf51d571b915ed644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Credit Card Fraud - Full Dataset</w:t>
      </w:r>
    </w:p>
    <w:p>
      <w:pPr>
        <w:pStyle w:val="ListBullet"/>
      </w:pPr>
      <w:r>
        <w:t>domain: Generic / Auto-detect (any tabular dataset)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RandomForest</w:t>
      </w:r>
    </w:p>
    <w:p>
      <w:pPr>
        <w:pStyle w:val="ListBullet"/>
      </w:pPr>
      <w:r>
        <w:t>accuracy: 0.9996</w:t>
      </w:r>
    </w:p>
    <w:p>
      <w:pPr>
        <w:pStyle w:val="ListBullet"/>
      </w:pPr>
      <w:r>
        <w:t>balanced_accuracy: 0.9132</w:t>
      </w:r>
    </w:p>
    <w:p>
      <w:pPr>
        <w:pStyle w:val="ListBullet"/>
      </w:pPr>
      <w:r>
        <w:t>precision_weighted: 0.9996</w:t>
      </w:r>
    </w:p>
    <w:p>
      <w:pPr>
        <w:pStyle w:val="ListBullet"/>
      </w:pPr>
      <w:r>
        <w:t>recall_weighted: 0.9996</w:t>
      </w:r>
    </w:p>
    <w:p>
      <w:pPr>
        <w:pStyle w:val="ListBullet"/>
      </w:pPr>
      <w:r>
        <w:t>f1_weighted: 0.9996</w:t>
      </w:r>
    </w:p>
    <w:p>
      <w:pPr>
        <w:pStyle w:val="ListBullet"/>
      </w:pPr>
      <w:r>
        <w:t>precision_macro: 0.9708</w:t>
      </w:r>
    </w:p>
    <w:p>
      <w:pPr>
        <w:pStyle w:val="ListBullet"/>
      </w:pPr>
      <w:r>
        <w:t>recall_macro: 0.9132</w:t>
      </w:r>
    </w:p>
    <w:p>
      <w:pPr>
        <w:pStyle w:val="ListBullet"/>
      </w:pPr>
      <w:r>
        <w:t>f1_macro: 0.9401</w:t>
      </w:r>
    </w:p>
    <w:p>
      <w:pPr>
        <w:pStyle w:val="ListBullet"/>
      </w:pPr>
      <w:r>
        <w:t>cohen_kappa: 0.8802</w:t>
      </w:r>
    </w:p>
    <w:p>
      <w:pPr>
        <w:pStyle w:val="ListBullet"/>
      </w:pPr>
      <w:r>
        <w:t>matthews_corrcoef: 0.8821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RandomForest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0.9255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0.9996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0.9132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0.9996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0.9996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0.9996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0.9708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0.9132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0.9401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0.8802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0.8821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284807 records across 31 columns from kaggle/archive/creditcard.csv.</w:t>
      </w:r>
    </w:p>
    <w:p>
      <w:r>
        <w:t>Target: Class  |  Task: classification  |  Split strategy: stratified.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RandomForest.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Time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94813.8596</w:t>
            </w:r>
          </w:p>
        </w:tc>
        <w:tc>
          <w:tcPr>
            <w:tcW w:type="dxa" w:w="1234"/>
          </w:tcPr>
          <w:p>
            <w:r>
              <w:t>47488.146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54201.5</w:t>
            </w:r>
          </w:p>
        </w:tc>
        <w:tc>
          <w:tcPr>
            <w:tcW w:type="dxa" w:w="1234"/>
          </w:tcPr>
          <w:p>
            <w:r>
              <w:t>84692.0</w:t>
            </w:r>
          </w:p>
        </w:tc>
      </w:tr>
      <w:tr>
        <w:tc>
          <w:tcPr>
            <w:tcW w:type="dxa" w:w="1234"/>
          </w:tcPr>
          <w:p>
            <w:r>
              <w:t>V1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1.9587</w:t>
            </w:r>
          </w:p>
        </w:tc>
        <w:tc>
          <w:tcPr>
            <w:tcW w:type="dxa" w:w="1234"/>
          </w:tcPr>
          <w:p>
            <w:r>
              <w:t>-56.4075</w:t>
            </w:r>
          </w:p>
        </w:tc>
        <w:tc>
          <w:tcPr>
            <w:tcW w:type="dxa" w:w="1234"/>
          </w:tcPr>
          <w:p>
            <w:r>
              <w:t>-0.9204</w:t>
            </w:r>
          </w:p>
        </w:tc>
        <w:tc>
          <w:tcPr>
            <w:tcW w:type="dxa" w:w="1234"/>
          </w:tcPr>
          <w:p>
            <w:r>
              <w:t>0.0181</w:t>
            </w:r>
          </w:p>
        </w:tc>
      </w:tr>
      <w:tr>
        <w:tc>
          <w:tcPr>
            <w:tcW w:type="dxa" w:w="1234"/>
          </w:tcPr>
          <w:p>
            <w:r>
              <w:t>V2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1.6513</w:t>
            </w:r>
          </w:p>
        </w:tc>
        <w:tc>
          <w:tcPr>
            <w:tcW w:type="dxa" w:w="1234"/>
          </w:tcPr>
          <w:p>
            <w:r>
              <w:t>-72.7157</w:t>
            </w:r>
          </w:p>
        </w:tc>
        <w:tc>
          <w:tcPr>
            <w:tcW w:type="dxa" w:w="1234"/>
          </w:tcPr>
          <w:p>
            <w:r>
              <w:t>-0.5985</w:t>
            </w:r>
          </w:p>
        </w:tc>
        <w:tc>
          <w:tcPr>
            <w:tcW w:type="dxa" w:w="1234"/>
          </w:tcPr>
          <w:p>
            <w:r>
              <w:t>0.0655</w:t>
            </w:r>
          </w:p>
        </w:tc>
      </w:tr>
      <w:tr>
        <w:tc>
          <w:tcPr>
            <w:tcW w:type="dxa" w:w="1234"/>
          </w:tcPr>
          <w:p>
            <w:r>
              <w:t>V3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-0.0</w:t>
            </w:r>
          </w:p>
        </w:tc>
        <w:tc>
          <w:tcPr>
            <w:tcW w:type="dxa" w:w="1234"/>
          </w:tcPr>
          <w:p>
            <w:r>
              <w:t>1.5163</w:t>
            </w:r>
          </w:p>
        </w:tc>
        <w:tc>
          <w:tcPr>
            <w:tcW w:type="dxa" w:w="1234"/>
          </w:tcPr>
          <w:p>
            <w:r>
              <w:t>-48.3256</w:t>
            </w:r>
          </w:p>
        </w:tc>
        <w:tc>
          <w:tcPr>
            <w:tcW w:type="dxa" w:w="1234"/>
          </w:tcPr>
          <w:p>
            <w:r>
              <w:t>-0.8904</w:t>
            </w:r>
          </w:p>
        </w:tc>
        <w:tc>
          <w:tcPr>
            <w:tcW w:type="dxa" w:w="1234"/>
          </w:tcPr>
          <w:p>
            <w:r>
              <w:t>0.1798</w:t>
            </w:r>
          </w:p>
        </w:tc>
      </w:tr>
      <w:tr>
        <w:tc>
          <w:tcPr>
            <w:tcW w:type="dxa" w:w="1234"/>
          </w:tcPr>
          <w:p>
            <w:r>
              <w:t>V4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1.4159</w:t>
            </w:r>
          </w:p>
        </w:tc>
        <w:tc>
          <w:tcPr>
            <w:tcW w:type="dxa" w:w="1234"/>
          </w:tcPr>
          <w:p>
            <w:r>
              <w:t>-5.6832</w:t>
            </w:r>
          </w:p>
        </w:tc>
        <w:tc>
          <w:tcPr>
            <w:tcW w:type="dxa" w:w="1234"/>
          </w:tcPr>
          <w:p>
            <w:r>
              <w:t>-0.8486</w:t>
            </w:r>
          </w:p>
        </w:tc>
        <w:tc>
          <w:tcPr>
            <w:tcW w:type="dxa" w:w="1234"/>
          </w:tcPr>
          <w:p>
            <w:r>
              <w:t>-0.0198</w:t>
            </w:r>
          </w:p>
        </w:tc>
      </w:tr>
      <w:tr>
        <w:tc>
          <w:tcPr>
            <w:tcW w:type="dxa" w:w="1234"/>
          </w:tcPr>
          <w:p>
            <w:r>
              <w:t>V5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1.3802</w:t>
            </w:r>
          </w:p>
        </w:tc>
        <w:tc>
          <w:tcPr>
            <w:tcW w:type="dxa" w:w="1234"/>
          </w:tcPr>
          <w:p>
            <w:r>
              <w:t>-113.7433</w:t>
            </w:r>
          </w:p>
        </w:tc>
        <w:tc>
          <w:tcPr>
            <w:tcW w:type="dxa" w:w="1234"/>
          </w:tcPr>
          <w:p>
            <w:r>
              <w:t>-0.6916</w:t>
            </w:r>
          </w:p>
        </w:tc>
        <w:tc>
          <w:tcPr>
            <w:tcW w:type="dxa" w:w="1234"/>
          </w:tcPr>
          <w:p>
            <w:r>
              <w:t>-0.0543</w:t>
            </w:r>
          </w:p>
        </w:tc>
      </w:tr>
      <w:tr>
        <w:tc>
          <w:tcPr>
            <w:tcW w:type="dxa" w:w="1234"/>
          </w:tcPr>
          <w:p>
            <w:r>
              <w:t>V6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1.3323</w:t>
            </w:r>
          </w:p>
        </w:tc>
        <w:tc>
          <w:tcPr>
            <w:tcW w:type="dxa" w:w="1234"/>
          </w:tcPr>
          <w:p>
            <w:r>
              <w:t>-26.1605</w:t>
            </w:r>
          </w:p>
        </w:tc>
        <w:tc>
          <w:tcPr>
            <w:tcW w:type="dxa" w:w="1234"/>
          </w:tcPr>
          <w:p>
            <w:r>
              <w:t>-0.7683</w:t>
            </w:r>
          </w:p>
        </w:tc>
        <w:tc>
          <w:tcPr>
            <w:tcW w:type="dxa" w:w="1234"/>
          </w:tcPr>
          <w:p>
            <w:r>
              <w:t>-0.2742</w:t>
            </w:r>
          </w:p>
        </w:tc>
      </w:tr>
      <w:tr>
        <w:tc>
          <w:tcPr>
            <w:tcW w:type="dxa" w:w="1234"/>
          </w:tcPr>
          <w:p>
            <w:r>
              <w:t>V7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-0.0</w:t>
            </w:r>
          </w:p>
        </w:tc>
        <w:tc>
          <w:tcPr>
            <w:tcW w:type="dxa" w:w="1234"/>
          </w:tcPr>
          <w:p>
            <w:r>
              <w:t>1.2371</w:t>
            </w:r>
          </w:p>
        </w:tc>
        <w:tc>
          <w:tcPr>
            <w:tcW w:type="dxa" w:w="1234"/>
          </w:tcPr>
          <w:p>
            <w:r>
              <w:t>-43.5572</w:t>
            </w:r>
          </w:p>
        </w:tc>
        <w:tc>
          <w:tcPr>
            <w:tcW w:type="dxa" w:w="1234"/>
          </w:tcPr>
          <w:p>
            <w:r>
              <w:t>-0.5541</w:t>
            </w:r>
          </w:p>
        </w:tc>
        <w:tc>
          <w:tcPr>
            <w:tcW w:type="dxa" w:w="1234"/>
          </w:tcPr>
          <w:p>
            <w:r>
              <w:t>0.0401</w:t>
            </w:r>
          </w:p>
        </w:tc>
      </w:tr>
      <w:tr>
        <w:tc>
          <w:tcPr>
            <w:tcW w:type="dxa" w:w="1234"/>
          </w:tcPr>
          <w:p>
            <w:r>
              <w:t>V8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1.1944</w:t>
            </w:r>
          </w:p>
        </w:tc>
        <w:tc>
          <w:tcPr>
            <w:tcW w:type="dxa" w:w="1234"/>
          </w:tcPr>
          <w:p>
            <w:r>
              <w:t>-73.2167</w:t>
            </w:r>
          </w:p>
        </w:tc>
        <w:tc>
          <w:tcPr>
            <w:tcW w:type="dxa" w:w="1234"/>
          </w:tcPr>
          <w:p>
            <w:r>
              <w:t>-0.2086</w:t>
            </w:r>
          </w:p>
        </w:tc>
        <w:tc>
          <w:tcPr>
            <w:tcW w:type="dxa" w:w="1234"/>
          </w:tcPr>
          <w:p>
            <w:r>
              <w:t>0.0224</w:t>
            </w:r>
          </w:p>
        </w:tc>
      </w:tr>
      <w:tr>
        <w:tc>
          <w:tcPr>
            <w:tcW w:type="dxa" w:w="1234"/>
          </w:tcPr>
          <w:p>
            <w:r>
              <w:t>V9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-0.0</w:t>
            </w:r>
          </w:p>
        </w:tc>
        <w:tc>
          <w:tcPr>
            <w:tcW w:type="dxa" w:w="1234"/>
          </w:tcPr>
          <w:p>
            <w:r>
              <w:t>1.0986</w:t>
            </w:r>
          </w:p>
        </w:tc>
        <w:tc>
          <w:tcPr>
            <w:tcW w:type="dxa" w:w="1234"/>
          </w:tcPr>
          <w:p>
            <w:r>
              <w:t>-13.4341</w:t>
            </w:r>
          </w:p>
        </w:tc>
        <w:tc>
          <w:tcPr>
            <w:tcW w:type="dxa" w:w="1234"/>
          </w:tcPr>
          <w:p>
            <w:r>
              <w:t>-0.6431</w:t>
            </w:r>
          </w:p>
        </w:tc>
        <w:tc>
          <w:tcPr>
            <w:tcW w:type="dxa" w:w="1234"/>
          </w:tcPr>
          <w:p>
            <w:r>
              <w:t>-0.0514</w:t>
            </w:r>
          </w:p>
        </w:tc>
      </w:tr>
      <w:tr>
        <w:tc>
          <w:tcPr>
            <w:tcW w:type="dxa" w:w="1234"/>
          </w:tcPr>
          <w:p>
            <w:r>
              <w:t>V10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1.0888</w:t>
            </w:r>
          </w:p>
        </w:tc>
        <w:tc>
          <w:tcPr>
            <w:tcW w:type="dxa" w:w="1234"/>
          </w:tcPr>
          <w:p>
            <w:r>
              <w:t>-24.5883</w:t>
            </w:r>
          </w:p>
        </w:tc>
        <w:tc>
          <w:tcPr>
            <w:tcW w:type="dxa" w:w="1234"/>
          </w:tcPr>
          <w:p>
            <w:r>
              <w:t>-0.5354</w:t>
            </w:r>
          </w:p>
        </w:tc>
        <w:tc>
          <w:tcPr>
            <w:tcW w:type="dxa" w:w="1234"/>
          </w:tcPr>
          <w:p>
            <w:r>
              <w:t>-0.0929</w:t>
            </w:r>
          </w:p>
        </w:tc>
      </w:tr>
      <w:tr>
        <w:tc>
          <w:tcPr>
            <w:tcW w:type="dxa" w:w="1234"/>
          </w:tcPr>
          <w:p>
            <w:r>
              <w:t>V11</w:t>
            </w:r>
          </w:p>
        </w:tc>
        <w:tc>
          <w:tcPr>
            <w:tcW w:type="dxa" w:w="1234"/>
          </w:tcPr>
          <w:p>
            <w:r>
              <w:t>284807.0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1.0207</w:t>
            </w:r>
          </w:p>
        </w:tc>
        <w:tc>
          <w:tcPr>
            <w:tcW w:type="dxa" w:w="1234"/>
          </w:tcPr>
          <w:p>
            <w:r>
              <w:t>-4.7975</w:t>
            </w:r>
          </w:p>
        </w:tc>
        <w:tc>
          <w:tcPr>
            <w:tcW w:type="dxa" w:w="1234"/>
          </w:tcPr>
          <w:p>
            <w:r>
              <w:t>-0.7625</w:t>
            </w:r>
          </w:p>
        </w:tc>
        <w:tc>
          <w:tcPr>
            <w:tcW w:type="dxa" w:w="1234"/>
          </w:tcPr>
          <w:p>
            <w:r>
              <w:t>-0.0328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auprc</w:t>
            </w:r>
          </w:p>
        </w:tc>
        <w:tc>
          <w:tcPr>
            <w:tcW w:type="dxa" w:w="508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08"/>
          </w:tcPr>
          <w:p>
            <w:r>
              <w:t>RandomForest</w:t>
            </w:r>
          </w:p>
        </w:tc>
        <w:tc>
          <w:tcPr>
            <w:tcW w:type="dxa" w:w="508"/>
          </w:tcPr>
          <w:p>
            <w:r>
              <w:t>0.9255</w:t>
            </w:r>
          </w:p>
        </w:tc>
        <w:tc>
          <w:tcPr>
            <w:tcW w:type="dxa" w:w="508"/>
          </w:tcPr>
          <w:p>
            <w:r>
              <w:t>0.0044</w:t>
            </w:r>
          </w:p>
        </w:tc>
        <w:tc>
          <w:tcPr>
            <w:tcW w:type="dxa" w:w="508"/>
          </w:tcPr>
          <w:p>
            <w:r>
              <w:t>776.11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0.9132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0.9708</w:t>
            </w:r>
          </w:p>
        </w:tc>
        <w:tc>
          <w:tcPr>
            <w:tcW w:type="dxa" w:w="508"/>
          </w:tcPr>
          <w:p>
            <w:r>
              <w:t>0.9132</w:t>
            </w:r>
          </w:p>
        </w:tc>
        <w:tc>
          <w:tcPr>
            <w:tcW w:type="dxa" w:w="508"/>
          </w:tcPr>
          <w:p>
            <w:r>
              <w:t>0.9401</w:t>
            </w:r>
          </w:p>
        </w:tc>
        <w:tc>
          <w:tcPr>
            <w:tcW w:type="dxa" w:w="508"/>
          </w:tcPr>
          <w:p>
            <w:r>
              <w:t>0.8802</w:t>
            </w:r>
          </w:p>
        </w:tc>
        <w:tc>
          <w:tcPr>
            <w:tcW w:type="dxa" w:w="508"/>
          </w:tcPr>
          <w:p>
            <w:r>
              <w:t>0.8821</w:t>
            </w:r>
          </w:p>
        </w:tc>
        <w:tc>
          <w:tcPr>
            <w:tcW w:type="dxa" w:w="508"/>
          </w:tcPr>
          <w:p>
            <w:r>
              <w:t>0.9617</w:t>
            </w:r>
          </w:p>
        </w:tc>
        <w:tc>
          <w:tcPr>
            <w:tcW w:type="dxa" w:w="508"/>
          </w:tcPr>
          <w:p>
            <w:r>
              <w:t>0.8699</w:t>
            </w:r>
          </w:p>
        </w:tc>
        <w:tc>
          <w:tcPr>
            <w:tcW w:type="dxa" w:w="508"/>
          </w:tcPr>
          <w:p>
            <w:r>
              <w:t>0.0058</w:t>
            </w:r>
          </w:p>
        </w:tc>
      </w:tr>
      <w:tr>
        <w:tc>
          <w:tcPr>
            <w:tcW w:type="dxa" w:w="508"/>
          </w:tcPr>
          <w:p>
            <w:r>
              <w:t>ExtraTrees</w:t>
            </w:r>
          </w:p>
        </w:tc>
        <w:tc>
          <w:tcPr>
            <w:tcW w:type="dxa" w:w="508"/>
          </w:tcPr>
          <w:p>
            <w:r>
              <w:t>0.9254</w:t>
            </w:r>
          </w:p>
        </w:tc>
        <w:tc>
          <w:tcPr>
            <w:tcW w:type="dxa" w:w="508"/>
          </w:tcPr>
          <w:p>
            <w:r>
              <w:t>0.0038</w:t>
            </w:r>
          </w:p>
        </w:tc>
        <w:tc>
          <w:tcPr>
            <w:tcW w:type="dxa" w:w="508"/>
          </w:tcPr>
          <w:p>
            <w:r>
              <w:t>277.26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0.9132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0.9996</w:t>
            </w:r>
          </w:p>
        </w:tc>
        <w:tc>
          <w:tcPr>
            <w:tcW w:type="dxa" w:w="508"/>
          </w:tcPr>
          <w:p>
            <w:r>
              <w:t>0.9763</w:t>
            </w:r>
          </w:p>
        </w:tc>
        <w:tc>
          <w:tcPr>
            <w:tcW w:type="dxa" w:w="508"/>
          </w:tcPr>
          <w:p>
            <w:r>
              <w:t>0.9132</w:t>
            </w:r>
          </w:p>
        </w:tc>
        <w:tc>
          <w:tcPr>
            <w:tcW w:type="dxa" w:w="508"/>
          </w:tcPr>
          <w:p>
            <w:r>
              <w:t>0.9425</w:t>
            </w:r>
          </w:p>
        </w:tc>
        <w:tc>
          <w:tcPr>
            <w:tcW w:type="dxa" w:w="508"/>
          </w:tcPr>
          <w:p>
            <w:r>
              <w:t>0.8851</w:t>
            </w:r>
          </w:p>
        </w:tc>
        <w:tc>
          <w:tcPr>
            <w:tcW w:type="dxa" w:w="508"/>
          </w:tcPr>
          <w:p>
            <w:r>
              <w:t>0.8873</w:t>
            </w:r>
          </w:p>
        </w:tc>
        <w:tc>
          <w:tcPr>
            <w:tcW w:type="dxa" w:w="508"/>
          </w:tcPr>
          <w:p>
            <w:r>
              <w:t>0.9615</w:t>
            </w:r>
          </w:p>
        </w:tc>
        <w:tc>
          <w:tcPr>
            <w:tcW w:type="dxa" w:w="508"/>
          </w:tcPr>
          <w:p>
            <w:r>
              <w:t>0.8759</w:t>
            </w:r>
          </w:p>
        </w:tc>
        <w:tc>
          <w:tcPr>
            <w:tcW w:type="dxa" w:w="508"/>
          </w:tcPr>
          <w:p>
            <w:r>
              <w:t>0.0057</w:t>
            </w:r>
          </w:p>
        </w:tc>
      </w:tr>
      <w:tr>
        <w:tc>
          <w:tcPr>
            <w:tcW w:type="dxa" w:w="508"/>
          </w:tcPr>
          <w:p>
            <w:r>
              <w:t>XGBoost</w:t>
            </w:r>
          </w:p>
        </w:tc>
        <w:tc>
          <w:tcPr>
            <w:tcW w:type="dxa" w:w="508"/>
          </w:tcPr>
          <w:p>
            <w:r>
              <w:t>0.9086</w:t>
            </w:r>
          </w:p>
        </w:tc>
        <w:tc>
          <w:tcPr>
            <w:tcW w:type="dxa" w:w="508"/>
          </w:tcPr>
          <w:p>
            <w:r>
              <w:t>0.0116</w:t>
            </w:r>
          </w:p>
        </w:tc>
        <w:tc>
          <w:tcPr>
            <w:tcW w:type="dxa" w:w="508"/>
          </w:tcPr>
          <w:p>
            <w:r>
              <w:t>8.91</w:t>
            </w:r>
          </w:p>
        </w:tc>
        <w:tc>
          <w:tcPr>
            <w:tcW w:type="dxa" w:w="508"/>
          </w:tcPr>
          <w:p>
            <w:r>
              <w:t>0.9995</w:t>
            </w:r>
          </w:p>
        </w:tc>
        <w:tc>
          <w:tcPr>
            <w:tcW w:type="dxa" w:w="508"/>
          </w:tcPr>
          <w:p>
            <w:r>
              <w:t>0.8979</w:t>
            </w:r>
          </w:p>
        </w:tc>
        <w:tc>
          <w:tcPr>
            <w:tcW w:type="dxa" w:w="508"/>
          </w:tcPr>
          <w:p>
            <w:r>
              <w:t>0.9995</w:t>
            </w:r>
          </w:p>
        </w:tc>
        <w:tc>
          <w:tcPr>
            <w:tcW w:type="dxa" w:w="508"/>
          </w:tcPr>
          <w:p>
            <w:r>
              <w:t>0.9995</w:t>
            </w:r>
          </w:p>
        </w:tc>
        <w:tc>
          <w:tcPr>
            <w:tcW w:type="dxa" w:w="508"/>
          </w:tcPr>
          <w:p>
            <w:r>
              <w:t>0.9995</w:t>
            </w:r>
          </w:p>
        </w:tc>
        <w:tc>
          <w:tcPr>
            <w:tcW w:type="dxa" w:w="508"/>
          </w:tcPr>
          <w:p>
            <w:r>
              <w:t>0.9533</w:t>
            </w:r>
          </w:p>
        </w:tc>
        <w:tc>
          <w:tcPr>
            <w:tcW w:type="dxa" w:w="508"/>
          </w:tcPr>
          <w:p>
            <w:r>
              <w:t>0.8979</w:t>
            </w:r>
          </w:p>
        </w:tc>
        <w:tc>
          <w:tcPr>
            <w:tcW w:type="dxa" w:w="508"/>
          </w:tcPr>
          <w:p>
            <w:r>
              <w:t>0.9238</w:t>
            </w:r>
          </w:p>
        </w:tc>
        <w:tc>
          <w:tcPr>
            <w:tcW w:type="dxa" w:w="508"/>
          </w:tcPr>
          <w:p>
            <w:r>
              <w:t>0.8476</w:t>
            </w:r>
          </w:p>
        </w:tc>
        <w:tc>
          <w:tcPr>
            <w:tcW w:type="dxa" w:w="508"/>
          </w:tcPr>
          <w:p>
            <w:r>
              <w:t>0.8494</w:t>
            </w:r>
          </w:p>
        </w:tc>
        <w:tc>
          <w:tcPr>
            <w:tcW w:type="dxa" w:w="508"/>
          </w:tcPr>
          <w:p>
            <w:r>
              <w:t>0.9242</w:t>
            </w:r>
          </w:p>
        </w:tc>
        <w:tc>
          <w:tcPr>
            <w:tcW w:type="dxa" w:w="508"/>
          </w:tcPr>
          <w:p>
            <w:r>
              <w:t>0.7925</w:t>
            </w:r>
          </w:p>
        </w:tc>
        <w:tc>
          <w:tcPr>
            <w:tcW w:type="dxa" w:w="508"/>
          </w:tcPr>
          <w:p>
            <w:r>
              <w:t>0.005</w:t>
            </w:r>
          </w:p>
        </w:tc>
      </w:tr>
      <w:tr>
        <w:tc>
          <w:tcPr>
            <w:tcW w:type="dxa" w:w="508"/>
          </w:tcPr>
          <w:p>
            <w:r>
              <w:t>LogisticRegression</w:t>
            </w:r>
          </w:p>
        </w:tc>
        <w:tc>
          <w:tcPr>
            <w:tcW w:type="dxa" w:w="508"/>
          </w:tcPr>
          <w:p>
            <w:r>
              <w:t>0.8664</w:t>
            </w:r>
          </w:p>
        </w:tc>
        <w:tc>
          <w:tcPr>
            <w:tcW w:type="dxa" w:w="508"/>
          </w:tcPr>
          <w:p>
            <w:r>
              <w:t>0.0065</w:t>
            </w:r>
          </w:p>
        </w:tc>
        <w:tc>
          <w:tcPr>
            <w:tcW w:type="dxa" w:w="508"/>
          </w:tcPr>
          <w:p>
            <w:r>
              <w:t>6.24</w:t>
            </w:r>
          </w:p>
        </w:tc>
        <w:tc>
          <w:tcPr>
            <w:tcW w:type="dxa" w:w="508"/>
          </w:tcPr>
          <w:p>
            <w:r>
              <w:t>0.9992</w:t>
            </w:r>
          </w:p>
        </w:tc>
        <w:tc>
          <w:tcPr>
            <w:tcW w:type="dxa" w:w="508"/>
          </w:tcPr>
          <w:p>
            <w:r>
              <w:t>0.8213</w:t>
            </w:r>
          </w:p>
        </w:tc>
        <w:tc>
          <w:tcPr>
            <w:tcW w:type="dxa" w:w="508"/>
          </w:tcPr>
          <w:p>
            <w:r>
              <w:t>0.9991</w:t>
            </w:r>
          </w:p>
        </w:tc>
        <w:tc>
          <w:tcPr>
            <w:tcW w:type="dxa" w:w="508"/>
          </w:tcPr>
          <w:p>
            <w:r>
              <w:t>0.9992</w:t>
            </w:r>
          </w:p>
        </w:tc>
        <w:tc>
          <w:tcPr>
            <w:tcW w:type="dxa" w:w="508"/>
          </w:tcPr>
          <w:p>
            <w:r>
              <w:t>0.9991</w:t>
            </w:r>
          </w:p>
        </w:tc>
        <w:tc>
          <w:tcPr>
            <w:tcW w:type="dxa" w:w="508"/>
          </w:tcPr>
          <w:p>
            <w:r>
              <w:t>0.9142</w:t>
            </w:r>
          </w:p>
        </w:tc>
        <w:tc>
          <w:tcPr>
            <w:tcW w:type="dxa" w:w="508"/>
          </w:tcPr>
          <w:p>
            <w:r>
              <w:t>0.8213</w:t>
            </w:r>
          </w:p>
        </w:tc>
        <w:tc>
          <w:tcPr>
            <w:tcW w:type="dxa" w:w="508"/>
          </w:tcPr>
          <w:p>
            <w:r>
              <w:t>0.8619</w:t>
            </w:r>
          </w:p>
        </w:tc>
        <w:tc>
          <w:tcPr>
            <w:tcW w:type="dxa" w:w="508"/>
          </w:tcPr>
          <w:p>
            <w:r>
              <w:t>0.7237</w:t>
            </w:r>
          </w:p>
        </w:tc>
        <w:tc>
          <w:tcPr>
            <w:tcW w:type="dxa" w:w="508"/>
          </w:tcPr>
          <w:p>
            <w:r>
              <w:t>0.7296</w:t>
            </w:r>
          </w:p>
        </w:tc>
        <w:tc>
          <w:tcPr>
            <w:tcW w:type="dxa" w:w="508"/>
          </w:tcPr>
          <w:p>
            <w:r>
              <w:t>0.9592</w:t>
            </w:r>
          </w:p>
        </w:tc>
        <w:tc>
          <w:tcPr>
            <w:tcW w:type="dxa" w:w="508"/>
          </w:tcPr>
          <w:p>
            <w:r>
              <w:t>0.7429</w:t>
            </w:r>
          </w:p>
        </w:tc>
        <w:tc>
          <w:tcPr>
            <w:tcW w:type="dxa" w:w="508"/>
          </w:tcPr>
          <w:p>
            <w:r>
              <w:t>0.0045</w:t>
            </w:r>
          </w:p>
        </w:tc>
      </w:tr>
      <w:tr>
        <w:tc>
          <w:tcPr>
            <w:tcW w:type="dxa" w:w="508"/>
          </w:tcPr>
          <w:p>
            <w:r>
              <w:t>HistGradientBoosting</w:t>
            </w:r>
          </w:p>
        </w:tc>
        <w:tc>
          <w:tcPr>
            <w:tcW w:type="dxa" w:w="508"/>
          </w:tcPr>
          <w:p>
            <w:r>
              <w:t>0.798</w:t>
            </w:r>
          </w:p>
        </w:tc>
        <w:tc>
          <w:tcPr>
            <w:tcW w:type="dxa" w:w="508"/>
          </w:tcPr>
          <w:p>
            <w:r>
              <w:t>0.0239</w:t>
            </w:r>
          </w:p>
        </w:tc>
        <w:tc>
          <w:tcPr>
            <w:tcW w:type="dxa" w:w="508"/>
          </w:tcPr>
          <w:p>
            <w:r>
              <w:t>4.09</w:t>
            </w:r>
          </w:p>
        </w:tc>
        <w:tc>
          <w:tcPr>
            <w:tcW w:type="dxa" w:w="508"/>
          </w:tcPr>
          <w:p>
            <w:r>
              <w:t>0.9983</w:t>
            </w:r>
          </w:p>
        </w:tc>
        <w:tc>
          <w:tcPr>
            <w:tcW w:type="dxa" w:w="508"/>
          </w:tcPr>
          <w:p>
            <w:r>
              <w:t>0.8922</w:t>
            </w:r>
          </w:p>
        </w:tc>
        <w:tc>
          <w:tcPr>
            <w:tcW w:type="dxa" w:w="508"/>
          </w:tcPr>
          <w:p>
            <w:r>
              <w:t>0.9988</w:t>
            </w:r>
          </w:p>
        </w:tc>
        <w:tc>
          <w:tcPr>
            <w:tcW w:type="dxa" w:w="508"/>
          </w:tcPr>
          <w:p>
            <w:r>
              <w:t>0.9983</w:t>
            </w:r>
          </w:p>
        </w:tc>
        <w:tc>
          <w:tcPr>
            <w:tcW w:type="dxa" w:w="508"/>
          </w:tcPr>
          <w:p>
            <w:r>
              <w:t>0.9985</w:t>
            </w:r>
          </w:p>
        </w:tc>
        <w:tc>
          <w:tcPr>
            <w:tcW w:type="dxa" w:w="508"/>
          </w:tcPr>
          <w:p>
            <w:r>
              <w:t>0.7514</w:t>
            </w:r>
          </w:p>
        </w:tc>
        <w:tc>
          <w:tcPr>
            <w:tcW w:type="dxa" w:w="508"/>
          </w:tcPr>
          <w:p>
            <w:r>
              <w:t>0.8922</w:t>
            </w:r>
          </w:p>
        </w:tc>
        <w:tc>
          <w:tcPr>
            <w:tcW w:type="dxa" w:w="508"/>
          </w:tcPr>
          <w:p>
            <w:r>
              <w:t>0.8063</w:t>
            </w:r>
          </w:p>
        </w:tc>
        <w:tc>
          <w:tcPr>
            <w:tcW w:type="dxa" w:w="508"/>
          </w:tcPr>
          <w:p>
            <w:r>
              <w:t>0.6127</w:t>
            </w:r>
          </w:p>
        </w:tc>
        <w:tc>
          <w:tcPr>
            <w:tcW w:type="dxa" w:w="508"/>
          </w:tcPr>
          <w:p>
            <w:r>
              <w:t>0.6281</w:t>
            </w:r>
          </w:p>
        </w:tc>
        <w:tc>
          <w:tcPr>
            <w:tcW w:type="dxa" w:w="508"/>
          </w:tcPr>
          <w:p>
            <w:r>
              <w:t>0.835</w:t>
            </w:r>
          </w:p>
        </w:tc>
        <w:tc>
          <w:tcPr>
            <w:tcW w:type="dxa" w:w="508"/>
          </w:tcPr>
          <w:p>
            <w:r>
              <w:t>0.634</w:t>
            </w:r>
          </w:p>
        </w:tc>
        <w:tc>
          <w:tcPr>
            <w:tcW w:type="dxa" w:w="508"/>
          </w:tcPr>
          <w:p>
            <w:r>
              <w:t>0.0254</w:t>
            </w:r>
          </w:p>
        </w:tc>
      </w:tr>
      <w:tr>
        <w:tc>
          <w:tcPr>
            <w:tcW w:type="dxa" w:w="508"/>
          </w:tcPr>
          <w:p>
            <w:r>
              <w:t>LightGBM</w:t>
            </w:r>
          </w:p>
        </w:tc>
        <w:tc>
          <w:tcPr>
            <w:tcW w:type="dxa" w:w="508"/>
          </w:tcPr>
          <w:p>
            <w:r>
              <w:t>0.6778</w:t>
            </w:r>
          </w:p>
        </w:tc>
        <w:tc>
          <w:tcPr>
            <w:tcW w:type="dxa" w:w="508"/>
          </w:tcPr>
          <w:p>
            <w:r>
              <w:t>0.0178</w:t>
            </w:r>
          </w:p>
        </w:tc>
        <w:tc>
          <w:tcPr>
            <w:tcW w:type="dxa" w:w="508"/>
          </w:tcPr>
          <w:p>
            <w:r>
              <w:t>8.15</w:t>
            </w:r>
          </w:p>
        </w:tc>
        <w:tc>
          <w:tcPr>
            <w:tcW w:type="dxa" w:w="508"/>
          </w:tcPr>
          <w:p>
            <w:r>
              <w:t>0.9973</w:t>
            </w:r>
          </w:p>
        </w:tc>
        <w:tc>
          <w:tcPr>
            <w:tcW w:type="dxa" w:w="508"/>
          </w:tcPr>
          <w:p>
            <w:r>
              <w:t>0.8</w:t>
            </w:r>
          </w:p>
        </w:tc>
        <w:tc>
          <w:tcPr>
            <w:tcW w:type="dxa" w:w="508"/>
          </w:tcPr>
          <w:p>
            <w:r>
              <w:t>0.9982</w:t>
            </w:r>
          </w:p>
        </w:tc>
        <w:tc>
          <w:tcPr>
            <w:tcW w:type="dxa" w:w="508"/>
          </w:tcPr>
          <w:p>
            <w:r>
              <w:t>0.9973</w:t>
            </w:r>
          </w:p>
        </w:tc>
        <w:tc>
          <w:tcPr>
            <w:tcW w:type="dxa" w:w="508"/>
          </w:tcPr>
          <w:p>
            <w:r>
              <w:t>0.9977</w:t>
            </w:r>
          </w:p>
        </w:tc>
        <w:tc>
          <w:tcPr>
            <w:tcW w:type="dxa" w:w="508"/>
          </w:tcPr>
          <w:p>
            <w:r>
              <w:t>0.6702</w:t>
            </w:r>
          </w:p>
        </w:tc>
        <w:tc>
          <w:tcPr>
            <w:tcW w:type="dxa" w:w="508"/>
          </w:tcPr>
          <w:p>
            <w:r>
              <w:t>0.8</w:t>
            </w:r>
          </w:p>
        </w:tc>
        <w:tc>
          <w:tcPr>
            <w:tcW w:type="dxa" w:w="508"/>
          </w:tcPr>
          <w:p>
            <w:r>
              <w:t>0.717</w:t>
            </w:r>
          </w:p>
        </w:tc>
        <w:tc>
          <w:tcPr>
            <w:tcW w:type="dxa" w:w="508"/>
          </w:tcPr>
          <w:p>
            <w:r>
              <w:t>0.4342</w:t>
            </w:r>
          </w:p>
        </w:tc>
        <w:tc>
          <w:tcPr>
            <w:tcW w:type="dxa" w:w="508"/>
          </w:tcPr>
          <w:p>
            <w:r>
              <w:t>0.4519</w:t>
            </w:r>
          </w:p>
        </w:tc>
        <w:tc>
          <w:tcPr>
            <w:tcW w:type="dxa" w:w="508"/>
          </w:tcPr>
          <w:p>
            <w:r>
              <w:t>0.7546</w:t>
            </w:r>
          </w:p>
        </w:tc>
        <w:tc>
          <w:tcPr>
            <w:tcW w:type="dxa" w:w="508"/>
          </w:tcPr>
          <w:p>
            <w:r>
              <w:t>0.2564</w:t>
            </w:r>
          </w:p>
        </w:tc>
        <w:tc>
          <w:tcPr>
            <w:tcW w:type="dxa" w:w="508"/>
          </w:tcPr>
          <w:p>
            <w:r>
              <w:t>0.0829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n/a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900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90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06199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619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65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61266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1266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58529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585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Class</w:t>
            </w:r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