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AI Usage and Impact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 - Generic / Auto-detect (any tabular dataset)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2026-10-04 03:58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Would_Recommend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E:\Trader+\WORKING Files\Todo-PROJECTS\DATA-SCIENCE\backup\archive\AI_Usage_and_Impact_on_Students_and_Professionals.csv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295 x 19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f44a8c14dcc8ac0db8b1712ec46e421c88edca23e3873538c22c80b0b8e317ce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AI Usage and Impact</w:t>
      </w:r>
    </w:p>
    <w:p>
      <w:pPr>
        <w:pStyle w:val="ListBullet"/>
      </w:pPr>
      <w:r>
        <w:t>domain: Generic / Auto-detect (any tabular dataset)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XGBoost</w:t>
      </w:r>
    </w:p>
    <w:p>
      <w:pPr>
        <w:pStyle w:val="ListBullet"/>
      </w:pPr>
      <w:r>
        <w:t>accuracy: 0.6102</w:t>
      </w:r>
    </w:p>
    <w:p>
      <w:pPr>
        <w:pStyle w:val="ListBullet"/>
      </w:pPr>
      <w:r>
        <w:t>balanced_accuracy: 0.5143</w:t>
      </w:r>
    </w:p>
    <w:p>
      <w:pPr>
        <w:pStyle w:val="ListBullet"/>
      </w:pPr>
      <w:r>
        <w:t>precision_weighted: 0.6010</w:t>
      </w:r>
    </w:p>
    <w:p>
      <w:pPr>
        <w:pStyle w:val="ListBullet"/>
      </w:pPr>
      <w:r>
        <w:t>recall_weighted: 0.6102</w:t>
      </w:r>
    </w:p>
    <w:p>
      <w:pPr>
        <w:pStyle w:val="ListBullet"/>
      </w:pPr>
      <w:r>
        <w:t>f1_weighted: 0.6025</w:t>
      </w:r>
    </w:p>
    <w:p>
      <w:pPr>
        <w:pStyle w:val="ListBullet"/>
      </w:pPr>
      <w:r>
        <w:t>precision_macro: 0.5417</w:t>
      </w:r>
    </w:p>
    <w:p>
      <w:pPr>
        <w:pStyle w:val="ListBullet"/>
      </w:pPr>
      <w:r>
        <w:t>recall_macro: 0.5143</w:t>
      </w:r>
    </w:p>
    <w:p>
      <w:pPr>
        <w:pStyle w:val="ListBullet"/>
      </w:pPr>
      <w:r>
        <w:t>f1_macro: 0.5247</w:t>
      </w:r>
    </w:p>
    <w:p>
      <w:pPr>
        <w:pStyle w:val="ListBullet"/>
      </w:pPr>
      <w:r>
        <w:t>cohen_kappa: 0.2720</w:t>
      </w:r>
    </w:p>
    <w:p>
      <w:pPr>
        <w:pStyle w:val="ListBullet"/>
      </w:pPr>
      <w:r>
        <w:t>matthews_corrcoef: 0.2743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XGBoost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0.5140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0.6102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0.5143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0.6010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0.6102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0.6025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0.5417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0.5143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0.5247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0.2720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0.2743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295 records across 19 columns from E:\Trader+\WORKING Files\Todo-PROJECTS\DATA-SCIENCE\backup\archive\AI_Usage_and_Impact_on_Students_and_Professionals.csv.</w:t>
      </w:r>
    </w:p>
    <w:p>
      <w:r>
        <w:t>Target: Would_Recommend  |  Task: classification  |  Split strategy: stratified.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XGBoost.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Productivity_Score</w:t>
            </w:r>
          </w:p>
        </w:tc>
        <w:tc>
          <w:tcPr>
            <w:tcW w:type="dxa" w:w="1234"/>
          </w:tcPr>
          <w:p>
            <w:r>
              <w:t>279.0</w:t>
            </w:r>
          </w:p>
        </w:tc>
        <w:tc>
          <w:tcPr>
            <w:tcW w:type="dxa" w:w="1234"/>
          </w:tcPr>
          <w:p>
            <w:r>
              <w:t>5.2254</w:t>
            </w:r>
          </w:p>
        </w:tc>
        <w:tc>
          <w:tcPr>
            <w:tcW w:type="dxa" w:w="1234"/>
          </w:tcPr>
          <w:p>
            <w:r>
              <w:t>1.8161</w:t>
            </w:r>
          </w:p>
        </w:tc>
        <w:tc>
          <w:tcPr>
            <w:tcW w:type="dxa" w:w="1234"/>
          </w:tcPr>
          <w:p>
            <w:r>
              <w:t>1.6</w:t>
            </w:r>
          </w:p>
        </w:tc>
        <w:tc>
          <w:tcPr>
            <w:tcW w:type="dxa" w:w="1234"/>
          </w:tcPr>
          <w:p>
            <w:r>
              <w:t>3.9</w:t>
            </w:r>
          </w:p>
        </w:tc>
        <w:tc>
          <w:tcPr>
            <w:tcW w:type="dxa" w:w="1234"/>
          </w:tcPr>
          <w:p>
            <w:r>
              <w:t>5.0</w:t>
            </w:r>
          </w:p>
        </w:tc>
      </w:tr>
      <w:tr>
        <w:tc>
          <w:tcPr>
            <w:tcW w:type="dxa" w:w="1234"/>
          </w:tcPr>
          <w:p>
            <w:r>
              <w:t>Accuracy_Rating</w:t>
            </w:r>
          </w:p>
        </w:tc>
        <w:tc>
          <w:tcPr>
            <w:tcW w:type="dxa" w:w="1234"/>
          </w:tcPr>
          <w:p>
            <w:r>
              <w:t>280.0</w:t>
            </w:r>
          </w:p>
        </w:tc>
        <w:tc>
          <w:tcPr>
            <w:tcW w:type="dxa" w:w="1234"/>
          </w:tcPr>
          <w:p>
            <w:r>
              <w:t>3.4321</w:t>
            </w:r>
          </w:p>
        </w:tc>
        <w:tc>
          <w:tcPr>
            <w:tcW w:type="dxa" w:w="1234"/>
          </w:tcPr>
          <w:p>
            <w:r>
              <w:t>0.8524</w:t>
            </w:r>
          </w:p>
        </w:tc>
        <w:tc>
          <w:tcPr>
            <w:tcW w:type="dxa" w:w="1234"/>
          </w:tcPr>
          <w:p>
            <w:r>
              <w:t>2.0</w:t>
            </w:r>
          </w:p>
        </w:tc>
        <w:tc>
          <w:tcPr>
            <w:tcW w:type="dxa" w:w="1234"/>
          </w:tcPr>
          <w:p>
            <w:r>
              <w:t>3.0</w:t>
            </w:r>
          </w:p>
        </w:tc>
        <w:tc>
          <w:tcPr>
            <w:tcW w:type="dxa" w:w="1234"/>
          </w:tcPr>
          <w:p>
            <w:r>
              <w:t>4.0</w:t>
            </w:r>
          </w:p>
        </w:tc>
      </w:tr>
      <w:tr>
        <w:tc>
          <w:tcPr>
            <w:tcW w:type="dxa" w:w="1234"/>
          </w:tcPr>
          <w:p>
            <w:r>
              <w:t>Satisfaction_Score</w:t>
            </w:r>
          </w:p>
        </w:tc>
        <w:tc>
          <w:tcPr>
            <w:tcW w:type="dxa" w:w="1234"/>
          </w:tcPr>
          <w:p>
            <w:r>
              <w:t>288.0</w:t>
            </w:r>
          </w:p>
        </w:tc>
        <w:tc>
          <w:tcPr>
            <w:tcW w:type="dxa" w:w="1234"/>
          </w:tcPr>
          <w:p>
            <w:r>
              <w:t>6.1562</w:t>
            </w:r>
          </w:p>
        </w:tc>
        <w:tc>
          <w:tcPr>
            <w:tcW w:type="dxa" w:w="1234"/>
          </w:tcPr>
          <w:p>
            <w:r>
              <w:t>1.5187</w:t>
            </w:r>
          </w:p>
        </w:tc>
        <w:tc>
          <w:tcPr>
            <w:tcW w:type="dxa" w:w="1234"/>
          </w:tcPr>
          <w:p>
            <w:r>
              <w:t>3.0</w:t>
            </w:r>
          </w:p>
        </w:tc>
        <w:tc>
          <w:tcPr>
            <w:tcW w:type="dxa" w:w="1234"/>
          </w:tcPr>
          <w:p>
            <w:r>
              <w:t>5.0</w:t>
            </w:r>
          </w:p>
        </w:tc>
        <w:tc>
          <w:tcPr>
            <w:tcW w:type="dxa" w:w="1234"/>
          </w:tcPr>
          <w:p>
            <w:r>
              <w:t>6.0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0.514</w:t>
            </w:r>
          </w:p>
        </w:tc>
        <w:tc>
          <w:tcPr>
            <w:tcW w:type="dxa" w:w="540"/>
          </w:tcPr>
          <w:p>
            <w:r>
              <w:t>0.0938</w:t>
            </w:r>
          </w:p>
        </w:tc>
        <w:tc>
          <w:tcPr>
            <w:tcW w:type="dxa" w:w="540"/>
          </w:tcPr>
          <w:p>
            <w:r>
              <w:t>0.71</w:t>
            </w:r>
          </w:p>
        </w:tc>
        <w:tc>
          <w:tcPr>
            <w:tcW w:type="dxa" w:w="540"/>
          </w:tcPr>
          <w:p>
            <w:r>
              <w:t>0.6102</w:t>
            </w:r>
          </w:p>
        </w:tc>
        <w:tc>
          <w:tcPr>
            <w:tcW w:type="dxa" w:w="540"/>
          </w:tcPr>
          <w:p>
            <w:r>
              <w:t>0.5143</w:t>
            </w:r>
          </w:p>
        </w:tc>
        <w:tc>
          <w:tcPr>
            <w:tcW w:type="dxa" w:w="540"/>
          </w:tcPr>
          <w:p>
            <w:r>
              <w:t>0.601</w:t>
            </w:r>
          </w:p>
        </w:tc>
        <w:tc>
          <w:tcPr>
            <w:tcW w:type="dxa" w:w="540"/>
          </w:tcPr>
          <w:p>
            <w:r>
              <w:t>0.6102</w:t>
            </w:r>
          </w:p>
        </w:tc>
        <w:tc>
          <w:tcPr>
            <w:tcW w:type="dxa" w:w="540"/>
          </w:tcPr>
          <w:p>
            <w:r>
              <w:t>0.6025</w:t>
            </w:r>
          </w:p>
        </w:tc>
        <w:tc>
          <w:tcPr>
            <w:tcW w:type="dxa" w:w="540"/>
          </w:tcPr>
          <w:p>
            <w:r>
              <w:t>0.5417</w:t>
            </w:r>
          </w:p>
        </w:tc>
        <w:tc>
          <w:tcPr>
            <w:tcW w:type="dxa" w:w="540"/>
          </w:tcPr>
          <w:p>
            <w:r>
              <w:t>0.5143</w:t>
            </w:r>
          </w:p>
        </w:tc>
        <w:tc>
          <w:tcPr>
            <w:tcW w:type="dxa" w:w="540"/>
          </w:tcPr>
          <w:p>
            <w:r>
              <w:t>0.5247</w:t>
            </w:r>
          </w:p>
        </w:tc>
        <w:tc>
          <w:tcPr>
            <w:tcW w:type="dxa" w:w="540"/>
          </w:tcPr>
          <w:p>
            <w:r>
              <w:t>0.272</w:t>
            </w:r>
          </w:p>
        </w:tc>
        <w:tc>
          <w:tcPr>
            <w:tcW w:type="dxa" w:w="540"/>
          </w:tcPr>
          <w:p>
            <w:r>
              <w:t>0.2743</w:t>
            </w:r>
          </w:p>
        </w:tc>
        <w:tc>
          <w:tcPr>
            <w:tcW w:type="dxa" w:w="540"/>
          </w:tcPr>
          <w:p>
            <w:r>
              <w:t>0.7414</w:t>
            </w:r>
          </w:p>
        </w:tc>
        <w:tc>
          <w:tcPr>
            <w:tcW w:type="dxa" w:w="540"/>
          </w:tcPr>
          <w:p>
            <w:r>
              <w:t>1.3198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0.5027</w:t>
            </w:r>
          </w:p>
        </w:tc>
        <w:tc>
          <w:tcPr>
            <w:tcW w:type="dxa" w:w="540"/>
          </w:tcPr>
          <w:p>
            <w:r>
              <w:t>0.0618</w:t>
            </w:r>
          </w:p>
        </w:tc>
        <w:tc>
          <w:tcPr>
            <w:tcW w:type="dxa" w:w="540"/>
          </w:tcPr>
          <w:p>
            <w:r>
              <w:t>1.55</w:t>
            </w:r>
          </w:p>
        </w:tc>
        <w:tc>
          <w:tcPr>
            <w:tcW w:type="dxa" w:w="540"/>
          </w:tcPr>
          <w:p>
            <w:r>
              <w:t>0.5763</w:t>
            </w:r>
          </w:p>
        </w:tc>
        <w:tc>
          <w:tcPr>
            <w:tcW w:type="dxa" w:w="540"/>
          </w:tcPr>
          <w:p>
            <w:r>
              <w:t>0.4698</w:t>
            </w:r>
          </w:p>
        </w:tc>
        <w:tc>
          <w:tcPr>
            <w:tcW w:type="dxa" w:w="540"/>
          </w:tcPr>
          <w:p>
            <w:r>
              <w:t>0.5605</w:t>
            </w:r>
          </w:p>
        </w:tc>
        <w:tc>
          <w:tcPr>
            <w:tcW w:type="dxa" w:w="540"/>
          </w:tcPr>
          <w:p>
            <w:r>
              <w:t>0.5763</w:t>
            </w:r>
          </w:p>
        </w:tc>
        <w:tc>
          <w:tcPr>
            <w:tcW w:type="dxa" w:w="540"/>
          </w:tcPr>
          <w:p>
            <w:r>
              <w:t>0.5614</w:t>
            </w:r>
          </w:p>
        </w:tc>
        <w:tc>
          <w:tcPr>
            <w:tcW w:type="dxa" w:w="540"/>
          </w:tcPr>
          <w:p>
            <w:r>
              <w:t>0.503</w:t>
            </w:r>
          </w:p>
        </w:tc>
        <w:tc>
          <w:tcPr>
            <w:tcW w:type="dxa" w:w="540"/>
          </w:tcPr>
          <w:p>
            <w:r>
              <w:t>0.4698</w:t>
            </w:r>
          </w:p>
        </w:tc>
        <w:tc>
          <w:tcPr>
            <w:tcW w:type="dxa" w:w="540"/>
          </w:tcPr>
          <w:p>
            <w:r>
              <w:t>0.4791</w:t>
            </w:r>
          </w:p>
        </w:tc>
        <w:tc>
          <w:tcPr>
            <w:tcW w:type="dxa" w:w="540"/>
          </w:tcPr>
          <w:p>
            <w:r>
              <w:t>0.1913</w:t>
            </w:r>
          </w:p>
        </w:tc>
        <w:tc>
          <w:tcPr>
            <w:tcW w:type="dxa" w:w="540"/>
          </w:tcPr>
          <w:p>
            <w:r>
              <w:t>0.1954</w:t>
            </w:r>
          </w:p>
        </w:tc>
        <w:tc>
          <w:tcPr>
            <w:tcW w:type="dxa" w:w="540"/>
          </w:tcPr>
          <w:p>
            <w:r>
              <w:t>0.7828</w:t>
            </w:r>
          </w:p>
        </w:tc>
        <w:tc>
          <w:tcPr>
            <w:tcW w:type="dxa" w:w="540"/>
          </w:tcPr>
          <w:p>
            <w:r>
              <w:t>1.2069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0.4687</w:t>
            </w:r>
          </w:p>
        </w:tc>
        <w:tc>
          <w:tcPr>
            <w:tcW w:type="dxa" w:w="540"/>
          </w:tcPr>
          <w:p>
            <w:r>
              <w:t>0.0729</w:t>
            </w:r>
          </w:p>
        </w:tc>
        <w:tc>
          <w:tcPr>
            <w:tcW w:type="dxa" w:w="540"/>
          </w:tcPr>
          <w:p>
            <w:r>
              <w:t>0.85</w:t>
            </w:r>
          </w:p>
        </w:tc>
        <w:tc>
          <w:tcPr>
            <w:tcW w:type="dxa" w:w="540"/>
          </w:tcPr>
          <w:p>
            <w:r>
              <w:t>0.6271</w:t>
            </w:r>
          </w:p>
        </w:tc>
        <w:tc>
          <w:tcPr>
            <w:tcW w:type="dxa" w:w="540"/>
          </w:tcPr>
          <w:p>
            <w:r>
              <w:t>0.5238</w:t>
            </w:r>
          </w:p>
        </w:tc>
        <w:tc>
          <w:tcPr>
            <w:tcW w:type="dxa" w:w="540"/>
          </w:tcPr>
          <w:p>
            <w:r>
              <w:t>0.6207</w:t>
            </w:r>
          </w:p>
        </w:tc>
        <w:tc>
          <w:tcPr>
            <w:tcW w:type="dxa" w:w="540"/>
          </w:tcPr>
          <w:p>
            <w:r>
              <w:t>0.6271</w:t>
            </w:r>
          </w:p>
        </w:tc>
        <w:tc>
          <w:tcPr>
            <w:tcW w:type="dxa" w:w="540"/>
          </w:tcPr>
          <w:p>
            <w:r>
              <w:t>0.6215</w:t>
            </w:r>
          </w:p>
        </w:tc>
        <w:tc>
          <w:tcPr>
            <w:tcW w:type="dxa" w:w="540"/>
          </w:tcPr>
          <w:p>
            <w:r>
              <w:t>0.5424</w:t>
            </w:r>
          </w:p>
        </w:tc>
        <w:tc>
          <w:tcPr>
            <w:tcW w:type="dxa" w:w="540"/>
          </w:tcPr>
          <w:p>
            <w:r>
              <w:t>0.5238</w:t>
            </w:r>
          </w:p>
        </w:tc>
        <w:tc>
          <w:tcPr>
            <w:tcW w:type="dxa" w:w="540"/>
          </w:tcPr>
          <w:p>
            <w:r>
              <w:t>0.5305</w:t>
            </w:r>
          </w:p>
        </w:tc>
        <w:tc>
          <w:tcPr>
            <w:tcW w:type="dxa" w:w="540"/>
          </w:tcPr>
          <w:p>
            <w:r>
              <w:t>0.3132</w:t>
            </w:r>
          </w:p>
        </w:tc>
        <w:tc>
          <w:tcPr>
            <w:tcW w:type="dxa" w:w="540"/>
          </w:tcPr>
          <w:p>
            <w:r>
              <w:t>0.3149</w:t>
            </w:r>
          </w:p>
        </w:tc>
        <w:tc>
          <w:tcPr>
            <w:tcW w:type="dxa" w:w="540"/>
          </w:tcPr>
          <w:p>
            <w:r>
              <w:t>0.7674</w:t>
            </w:r>
          </w:p>
        </w:tc>
        <w:tc>
          <w:tcPr>
            <w:tcW w:type="dxa" w:w="540"/>
          </w:tcPr>
          <w:p>
            <w:r>
              <w:t>0.9798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0.4593</w:t>
            </w:r>
          </w:p>
        </w:tc>
        <w:tc>
          <w:tcPr>
            <w:tcW w:type="dxa" w:w="540"/>
          </w:tcPr>
          <w:p>
            <w:r>
              <w:t>0.0643</w:t>
            </w:r>
          </w:p>
        </w:tc>
        <w:tc>
          <w:tcPr>
            <w:tcW w:type="dxa" w:w="540"/>
          </w:tcPr>
          <w:p>
            <w:r>
              <w:t>3.73</w:t>
            </w:r>
          </w:p>
        </w:tc>
        <w:tc>
          <w:tcPr>
            <w:tcW w:type="dxa" w:w="540"/>
          </w:tcPr>
          <w:p>
            <w:r>
              <w:t>0.6102</w:t>
            </w:r>
          </w:p>
        </w:tc>
        <w:tc>
          <w:tcPr>
            <w:tcW w:type="dxa" w:w="540"/>
          </w:tcPr>
          <w:p>
            <w:r>
              <w:t>0.472</w:t>
            </w:r>
          </w:p>
        </w:tc>
        <w:tc>
          <w:tcPr>
            <w:tcW w:type="dxa" w:w="540"/>
          </w:tcPr>
          <w:p>
            <w:r>
              <w:t>0.5856</w:t>
            </w:r>
          </w:p>
        </w:tc>
        <w:tc>
          <w:tcPr>
            <w:tcW w:type="dxa" w:w="540"/>
          </w:tcPr>
          <w:p>
            <w:r>
              <w:t>0.6102</w:t>
            </w:r>
          </w:p>
        </w:tc>
        <w:tc>
          <w:tcPr>
            <w:tcW w:type="dxa" w:w="540"/>
          </w:tcPr>
          <w:p>
            <w:r>
              <w:t>0.5925</w:t>
            </w:r>
          </w:p>
        </w:tc>
        <w:tc>
          <w:tcPr>
            <w:tcW w:type="dxa" w:w="540"/>
          </w:tcPr>
          <w:p>
            <w:r>
              <w:t>0.4973</w:t>
            </w:r>
          </w:p>
        </w:tc>
        <w:tc>
          <w:tcPr>
            <w:tcW w:type="dxa" w:w="540"/>
          </w:tcPr>
          <w:p>
            <w:r>
              <w:t>0.472</w:t>
            </w:r>
          </w:p>
        </w:tc>
        <w:tc>
          <w:tcPr>
            <w:tcW w:type="dxa" w:w="540"/>
          </w:tcPr>
          <w:p>
            <w:r>
              <w:t>0.4788</w:t>
            </w:r>
          </w:p>
        </w:tc>
        <w:tc>
          <w:tcPr>
            <w:tcW w:type="dxa" w:w="540"/>
          </w:tcPr>
          <w:p>
            <w:r>
              <w:t>0.2511</w:t>
            </w:r>
          </w:p>
        </w:tc>
        <w:tc>
          <w:tcPr>
            <w:tcW w:type="dxa" w:w="540"/>
          </w:tcPr>
          <w:p>
            <w:r>
              <w:t>0.256</w:t>
            </w:r>
          </w:p>
        </w:tc>
        <w:tc>
          <w:tcPr>
            <w:tcW w:type="dxa" w:w="540"/>
          </w:tcPr>
          <w:p>
            <w:r>
              <w:t>0.7259</w:t>
            </w:r>
          </w:p>
        </w:tc>
        <w:tc>
          <w:tcPr>
            <w:tcW w:type="dxa" w:w="540"/>
          </w:tcPr>
          <w:p>
            <w:r>
              <w:t>0.8973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0.4488</w:t>
            </w:r>
          </w:p>
        </w:tc>
        <w:tc>
          <w:tcPr>
            <w:tcW w:type="dxa" w:w="540"/>
          </w:tcPr>
          <w:p>
            <w:r>
              <w:t>0.0475</w:t>
            </w:r>
          </w:p>
        </w:tc>
        <w:tc>
          <w:tcPr>
            <w:tcW w:type="dxa" w:w="540"/>
          </w:tcPr>
          <w:p>
            <w:r>
              <w:t>2.86</w:t>
            </w:r>
          </w:p>
        </w:tc>
        <w:tc>
          <w:tcPr>
            <w:tcW w:type="dxa" w:w="540"/>
          </w:tcPr>
          <w:p>
            <w:r>
              <w:t>0.5593</w:t>
            </w:r>
          </w:p>
        </w:tc>
        <w:tc>
          <w:tcPr>
            <w:tcW w:type="dxa" w:w="540"/>
          </w:tcPr>
          <w:p>
            <w:r>
              <w:t>0.3651</w:t>
            </w:r>
          </w:p>
        </w:tc>
        <w:tc>
          <w:tcPr>
            <w:tcW w:type="dxa" w:w="540"/>
          </w:tcPr>
          <w:p>
            <w:r>
              <w:t>0.4714</w:t>
            </w:r>
          </w:p>
        </w:tc>
        <w:tc>
          <w:tcPr>
            <w:tcW w:type="dxa" w:w="540"/>
          </w:tcPr>
          <w:p>
            <w:r>
              <w:t>0.5593</w:t>
            </w:r>
          </w:p>
        </w:tc>
        <w:tc>
          <w:tcPr>
            <w:tcW w:type="dxa" w:w="540"/>
          </w:tcPr>
          <w:p>
            <w:r>
              <w:t>0.4993</w:t>
            </w:r>
          </w:p>
        </w:tc>
        <w:tc>
          <w:tcPr>
            <w:tcW w:type="dxa" w:w="540"/>
          </w:tcPr>
          <w:p>
            <w:r>
              <w:t>0.3495</w:t>
            </w:r>
          </w:p>
        </w:tc>
        <w:tc>
          <w:tcPr>
            <w:tcW w:type="dxa" w:w="540"/>
          </w:tcPr>
          <w:p>
            <w:r>
              <w:t>0.3651</w:t>
            </w:r>
          </w:p>
        </w:tc>
        <w:tc>
          <w:tcPr>
            <w:tcW w:type="dxa" w:w="540"/>
          </w:tcPr>
          <w:p>
            <w:r>
              <w:t>0.344</w:t>
            </w:r>
          </w:p>
        </w:tc>
        <w:tc>
          <w:tcPr>
            <w:tcW w:type="dxa" w:w="540"/>
          </w:tcPr>
          <w:p>
            <w:r>
              <w:t>0.0692</w:t>
            </w:r>
          </w:p>
        </w:tc>
        <w:tc>
          <w:tcPr>
            <w:tcW w:type="dxa" w:w="540"/>
          </w:tcPr>
          <w:p>
            <w:r>
              <w:t>0.0781</w:t>
            </w:r>
          </w:p>
        </w:tc>
        <w:tc>
          <w:tcPr>
            <w:tcW w:type="dxa" w:w="540"/>
          </w:tcPr>
          <w:p>
            <w:r>
              <w:t>0.7903</w:t>
            </w:r>
          </w:p>
        </w:tc>
        <w:tc>
          <w:tcPr>
            <w:tcW w:type="dxa" w:w="540"/>
          </w:tcPr>
          <w:p>
            <w:r>
              <w:t>0.7635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0.4436</w:t>
            </w:r>
          </w:p>
        </w:tc>
        <w:tc>
          <w:tcPr>
            <w:tcW w:type="dxa" w:w="540"/>
          </w:tcPr>
          <w:p>
            <w:r>
              <w:t>0.0551</w:t>
            </w:r>
          </w:p>
        </w:tc>
        <w:tc>
          <w:tcPr>
            <w:tcW w:type="dxa" w:w="540"/>
          </w:tcPr>
          <w:p>
            <w:r>
              <w:t>1.08</w:t>
            </w:r>
          </w:p>
        </w:tc>
        <w:tc>
          <w:tcPr>
            <w:tcW w:type="dxa" w:w="540"/>
          </w:tcPr>
          <w:p>
            <w:r>
              <w:t>0.6949</w:t>
            </w:r>
          </w:p>
        </w:tc>
        <w:tc>
          <w:tcPr>
            <w:tcW w:type="dxa" w:w="540"/>
          </w:tcPr>
          <w:p>
            <w:r>
              <w:t>0.4794</w:t>
            </w:r>
          </w:p>
        </w:tc>
        <w:tc>
          <w:tcPr>
            <w:tcW w:type="dxa" w:w="540"/>
          </w:tcPr>
          <w:p>
            <w:r>
              <w:t>0.6179</w:t>
            </w:r>
          </w:p>
        </w:tc>
        <w:tc>
          <w:tcPr>
            <w:tcW w:type="dxa" w:w="540"/>
          </w:tcPr>
          <w:p>
            <w:r>
              <w:t>0.6949</w:t>
            </w:r>
          </w:p>
        </w:tc>
        <w:tc>
          <w:tcPr>
            <w:tcW w:type="dxa" w:w="540"/>
          </w:tcPr>
          <w:p>
            <w:r>
              <w:t>0.6238</w:t>
            </w:r>
          </w:p>
        </w:tc>
        <w:tc>
          <w:tcPr>
            <w:tcW w:type="dxa" w:w="540"/>
          </w:tcPr>
          <w:p>
            <w:r>
              <w:t>0.5139</w:t>
            </w:r>
          </w:p>
        </w:tc>
        <w:tc>
          <w:tcPr>
            <w:tcW w:type="dxa" w:w="540"/>
          </w:tcPr>
          <w:p>
            <w:r>
              <w:t>0.4794</w:t>
            </w:r>
          </w:p>
        </w:tc>
        <w:tc>
          <w:tcPr>
            <w:tcW w:type="dxa" w:w="540"/>
          </w:tcPr>
          <w:p>
            <w:r>
              <w:t>0.4665</w:t>
            </w:r>
          </w:p>
        </w:tc>
        <w:tc>
          <w:tcPr>
            <w:tcW w:type="dxa" w:w="540"/>
          </w:tcPr>
          <w:p>
            <w:r>
              <w:t>0.3261</w:t>
            </w:r>
          </w:p>
        </w:tc>
        <w:tc>
          <w:tcPr>
            <w:tcW w:type="dxa" w:w="540"/>
          </w:tcPr>
          <w:p>
            <w:r>
              <w:t>0.4075</w:t>
            </w:r>
          </w:p>
        </w:tc>
        <w:tc>
          <w:tcPr>
            <w:tcW w:type="dxa" w:w="540"/>
          </w:tcPr>
          <w:p>
            <w:r>
              <w:t>0.7432</w:t>
            </w:r>
          </w:p>
        </w:tc>
        <w:tc>
          <w:tcPr>
            <w:tcW w:type="dxa" w:w="540"/>
          </w:tcPr>
          <w:p>
            <w:r>
              <w:t>0.8084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One or more gates failed - hold deployment and review.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43899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missingnes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89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01_missingness.png</w:t>
      </w:r>
    </w:p>
    <w:p>
      <w:r>
        <w:drawing>
          <wp:inline xmlns:a="http://schemas.openxmlformats.org/drawingml/2006/main" xmlns:pic="http://schemas.openxmlformats.org/drawingml/2006/picture">
            <wp:extent cx="5669280" cy="13473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34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2021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20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165494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6549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343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34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94860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48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Would_Recommend</w:t>
            </w:r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